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39DF6" w14:textId="3C87B4F6" w:rsidR="00EF7D79" w:rsidRDefault="00EF7D79" w:rsidP="00EF7D79">
      <w:pPr>
        <w:ind w:firstLine="1134"/>
        <w:rPr>
          <w:rFonts w:asciiTheme="majorHAnsi" w:hAnsiTheme="majorHAnsi" w:cstheme="majorHAnsi"/>
          <w:b/>
          <w:noProof/>
          <w:sz w:val="40"/>
          <w:szCs w:val="40"/>
        </w:rPr>
      </w:pPr>
      <w:r w:rsidRPr="003E0087">
        <w:rPr>
          <w:rFonts w:asciiTheme="majorHAnsi" w:hAnsiTheme="majorHAnsi" w:cstheme="majorHAnsi"/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82F3DB9" wp14:editId="1879F40B">
            <wp:simplePos x="0" y="0"/>
            <wp:positionH relativeFrom="column">
              <wp:posOffset>155575</wp:posOffset>
            </wp:positionH>
            <wp:positionV relativeFrom="paragraph">
              <wp:posOffset>10795</wp:posOffset>
            </wp:positionV>
            <wp:extent cx="803910" cy="990600"/>
            <wp:effectExtent l="0" t="0" r="0" b="0"/>
            <wp:wrapTight wrapText="bothSides">
              <wp:wrapPolygon edited="0">
                <wp:start x="0" y="0"/>
                <wp:lineTo x="512" y="14954"/>
                <wp:lineTo x="6142" y="20354"/>
                <wp:lineTo x="9213" y="21185"/>
                <wp:lineTo x="11261" y="21185"/>
                <wp:lineTo x="14332" y="20354"/>
                <wp:lineTo x="20474" y="14538"/>
                <wp:lineTo x="20474" y="0"/>
                <wp:lineTo x="0" y="0"/>
              </wp:wrapPolygon>
            </wp:wrapTight>
            <wp:docPr id="1567459684" name="Picture 1" descr="A shield with a ship and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459684" name="Picture 1" descr="A shield with a ship and flag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391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578978" w14:textId="139AF56C" w:rsidR="004E7C71" w:rsidRDefault="00DD7F1B" w:rsidP="00EF7D79">
      <w:pPr>
        <w:ind w:firstLine="1276"/>
        <w:rPr>
          <w:rFonts w:ascii="Calibri" w:hAnsi="Calibri" w:cs="Calibri"/>
        </w:rPr>
      </w:pPr>
      <w:r>
        <w:rPr>
          <w:rFonts w:asciiTheme="majorHAnsi" w:hAnsiTheme="majorHAnsi" w:cstheme="majorHAnsi"/>
          <w:b/>
          <w:noProof/>
          <w:sz w:val="40"/>
          <w:szCs w:val="40"/>
        </w:rPr>
        <w:t xml:space="preserve">Readers &amp; Intercessor Roster </w:t>
      </w:r>
      <w:r w:rsidR="00A53892">
        <w:rPr>
          <w:rFonts w:asciiTheme="majorHAnsi" w:hAnsiTheme="majorHAnsi" w:cstheme="majorHAnsi"/>
          <w:b/>
          <w:sz w:val="40"/>
          <w:szCs w:val="40"/>
        </w:rPr>
        <w:t xml:space="preserve">October – December </w:t>
      </w:r>
      <w:r w:rsidR="00F225D0" w:rsidRPr="003E0087">
        <w:rPr>
          <w:rFonts w:asciiTheme="majorHAnsi" w:hAnsiTheme="majorHAnsi" w:cstheme="majorHAnsi"/>
          <w:b/>
          <w:sz w:val="40"/>
          <w:szCs w:val="40"/>
        </w:rPr>
        <w:t>2026</w:t>
      </w:r>
      <w:r w:rsidR="00F225D0" w:rsidRPr="003E0087">
        <w:rPr>
          <w:rFonts w:asciiTheme="majorHAnsi" w:hAnsiTheme="majorHAnsi" w:cstheme="majorHAnsi"/>
          <w:b/>
          <w:sz w:val="40"/>
          <w:szCs w:val="40"/>
        </w:rPr>
        <w:br/>
      </w:r>
    </w:p>
    <w:p w14:paraId="0D501D62" w14:textId="338698A2" w:rsidR="00C00033" w:rsidRDefault="00C00033">
      <w:pPr>
        <w:jc w:val="center"/>
        <w:rPr>
          <w:rFonts w:ascii="Calibri" w:hAnsi="Calibri" w:cs="Calibri"/>
        </w:rPr>
      </w:pPr>
    </w:p>
    <w:tbl>
      <w:tblPr>
        <w:tblStyle w:val="TableGrid"/>
        <w:tblW w:w="15355" w:type="dxa"/>
        <w:tblLook w:val="04A0" w:firstRow="1" w:lastRow="0" w:firstColumn="1" w:lastColumn="0" w:noHBand="0" w:noVBand="1"/>
      </w:tblPr>
      <w:tblGrid>
        <w:gridCol w:w="2170"/>
        <w:gridCol w:w="2030"/>
        <w:gridCol w:w="2413"/>
        <w:gridCol w:w="2171"/>
        <w:gridCol w:w="2171"/>
        <w:gridCol w:w="2413"/>
        <w:gridCol w:w="1987"/>
      </w:tblGrid>
      <w:tr w:rsidR="001041DC" w:rsidRPr="00D55FA5" w14:paraId="603D7CCB" w14:textId="77777777" w:rsidTr="001C00C7">
        <w:tc>
          <w:tcPr>
            <w:tcW w:w="2170" w:type="dxa"/>
          </w:tcPr>
          <w:p w14:paraId="63B57616" w14:textId="77777777" w:rsidR="001041DC" w:rsidRPr="00D55FA5" w:rsidRDefault="001041DC" w:rsidP="0054780C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D55FA5">
              <w:rPr>
                <w:rFonts w:ascii="Calibri" w:hAnsi="Calibri" w:cs="Calibri"/>
                <w:b/>
                <w:sz w:val="26"/>
                <w:szCs w:val="26"/>
              </w:rPr>
              <w:t>Date</w:t>
            </w:r>
          </w:p>
        </w:tc>
        <w:tc>
          <w:tcPr>
            <w:tcW w:w="2030" w:type="dxa"/>
          </w:tcPr>
          <w:p w14:paraId="438025E3" w14:textId="77777777" w:rsidR="001041DC" w:rsidRPr="00D55FA5" w:rsidRDefault="001041DC" w:rsidP="0054780C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D55FA5">
              <w:rPr>
                <w:rFonts w:ascii="Calibri" w:hAnsi="Calibri" w:cs="Calibri"/>
                <w:b/>
                <w:sz w:val="26"/>
                <w:szCs w:val="26"/>
              </w:rPr>
              <w:t>8:00am Reader</w:t>
            </w:r>
          </w:p>
        </w:tc>
        <w:tc>
          <w:tcPr>
            <w:tcW w:w="2413" w:type="dxa"/>
          </w:tcPr>
          <w:p w14:paraId="263A493D" w14:textId="77777777" w:rsidR="001041DC" w:rsidRPr="00D55FA5" w:rsidRDefault="001041DC" w:rsidP="0054780C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D55FA5">
              <w:rPr>
                <w:rFonts w:ascii="Calibri" w:hAnsi="Calibri" w:cs="Calibri"/>
                <w:b/>
                <w:sz w:val="26"/>
                <w:szCs w:val="26"/>
              </w:rPr>
              <w:t>8:00am Intercessor</w:t>
            </w:r>
          </w:p>
        </w:tc>
        <w:tc>
          <w:tcPr>
            <w:tcW w:w="2171" w:type="dxa"/>
          </w:tcPr>
          <w:p w14:paraId="25185F7C" w14:textId="77777777" w:rsidR="001041DC" w:rsidRPr="00D55FA5" w:rsidRDefault="001041DC" w:rsidP="0054780C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D55FA5">
              <w:rPr>
                <w:rFonts w:ascii="Calibri" w:hAnsi="Calibri" w:cs="Calibri"/>
                <w:b/>
                <w:sz w:val="26"/>
                <w:szCs w:val="26"/>
              </w:rPr>
              <w:t>9:30am Reader 1</w:t>
            </w:r>
          </w:p>
        </w:tc>
        <w:tc>
          <w:tcPr>
            <w:tcW w:w="2171" w:type="dxa"/>
          </w:tcPr>
          <w:p w14:paraId="3313E5F9" w14:textId="77777777" w:rsidR="001041DC" w:rsidRPr="00D55FA5" w:rsidRDefault="001041DC" w:rsidP="0054780C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D55FA5">
              <w:rPr>
                <w:rFonts w:ascii="Calibri" w:hAnsi="Calibri" w:cs="Calibri"/>
                <w:b/>
                <w:sz w:val="26"/>
                <w:szCs w:val="26"/>
              </w:rPr>
              <w:t>9:30am Reader 2</w:t>
            </w:r>
          </w:p>
        </w:tc>
        <w:tc>
          <w:tcPr>
            <w:tcW w:w="2413" w:type="dxa"/>
          </w:tcPr>
          <w:p w14:paraId="1D6A57B4" w14:textId="77777777" w:rsidR="001041DC" w:rsidRPr="00D55FA5" w:rsidRDefault="001041DC" w:rsidP="0054780C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D55FA5">
              <w:rPr>
                <w:rFonts w:ascii="Calibri" w:hAnsi="Calibri" w:cs="Calibri"/>
                <w:b/>
                <w:sz w:val="26"/>
                <w:szCs w:val="26"/>
              </w:rPr>
              <w:t>9:30am Intercessor</w:t>
            </w:r>
          </w:p>
        </w:tc>
        <w:tc>
          <w:tcPr>
            <w:tcW w:w="1987" w:type="dxa"/>
          </w:tcPr>
          <w:p w14:paraId="13B34A7E" w14:textId="77777777" w:rsidR="001041DC" w:rsidRPr="00D55FA5" w:rsidRDefault="001041DC" w:rsidP="0054780C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D55FA5">
              <w:rPr>
                <w:rFonts w:ascii="Calibri" w:hAnsi="Calibri" w:cs="Calibri"/>
                <w:b/>
                <w:sz w:val="26"/>
                <w:szCs w:val="26"/>
              </w:rPr>
              <w:t>Notes</w:t>
            </w:r>
          </w:p>
        </w:tc>
      </w:tr>
      <w:tr w:rsidR="00656DE4" w:rsidRPr="00D55FA5" w14:paraId="14B780EB" w14:textId="77777777" w:rsidTr="00221182">
        <w:tc>
          <w:tcPr>
            <w:tcW w:w="2170" w:type="dxa"/>
            <w:vAlign w:val="center"/>
          </w:tcPr>
          <w:p w14:paraId="31E95A5A" w14:textId="43DCDDB4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04 Oct 2026</w:t>
            </w:r>
          </w:p>
        </w:tc>
        <w:tc>
          <w:tcPr>
            <w:tcW w:w="11198" w:type="dxa"/>
            <w:gridSpan w:val="5"/>
            <w:vAlign w:val="center"/>
          </w:tcPr>
          <w:p w14:paraId="0AFA18CD" w14:textId="36900065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 xml:space="preserve">One combined service – Brighton Uniting </w:t>
            </w:r>
            <w:r w:rsidR="00C03125">
              <w:rPr>
                <w:rFonts w:ascii="Calibri" w:hAnsi="Calibri" w:cs="Calibri"/>
                <w:sz w:val="26"/>
                <w:szCs w:val="26"/>
              </w:rPr>
              <w:t xml:space="preserve">doing reading and intercession </w:t>
            </w:r>
          </w:p>
        </w:tc>
        <w:tc>
          <w:tcPr>
            <w:tcW w:w="1987" w:type="dxa"/>
            <w:vAlign w:val="center"/>
          </w:tcPr>
          <w:p w14:paraId="37961BDB" w14:textId="502DC1A7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St Francis Day</w:t>
            </w:r>
            <w:r w:rsidR="00C03125">
              <w:rPr>
                <w:rFonts w:ascii="Calibri" w:hAnsi="Calibri" w:cs="Calibri"/>
                <w:sz w:val="26"/>
                <w:szCs w:val="26"/>
              </w:rPr>
              <w:t xml:space="preserve"> – one service @ 10am</w:t>
            </w:r>
          </w:p>
        </w:tc>
      </w:tr>
      <w:tr w:rsidR="00656DE4" w:rsidRPr="00D55FA5" w14:paraId="73BCE70E" w14:textId="77777777" w:rsidTr="000B55CF">
        <w:tc>
          <w:tcPr>
            <w:tcW w:w="2170" w:type="dxa"/>
            <w:vAlign w:val="center"/>
          </w:tcPr>
          <w:p w14:paraId="5ED98179" w14:textId="1FCD4D35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11 Oct 2026</w:t>
            </w:r>
          </w:p>
        </w:tc>
        <w:tc>
          <w:tcPr>
            <w:tcW w:w="2030" w:type="dxa"/>
            <w:vAlign w:val="center"/>
          </w:tcPr>
          <w:p w14:paraId="5948F172" w14:textId="028BB843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Anne Brennan</w:t>
            </w:r>
          </w:p>
        </w:tc>
        <w:tc>
          <w:tcPr>
            <w:tcW w:w="2413" w:type="dxa"/>
            <w:vAlign w:val="center"/>
          </w:tcPr>
          <w:p w14:paraId="5E63913B" w14:textId="3E002785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Cathryn Fardon</w:t>
            </w:r>
          </w:p>
        </w:tc>
        <w:tc>
          <w:tcPr>
            <w:tcW w:w="2171" w:type="dxa"/>
            <w:vAlign w:val="center"/>
          </w:tcPr>
          <w:p w14:paraId="2CC77713" w14:textId="353C523C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Chris Cahill</w:t>
            </w:r>
          </w:p>
        </w:tc>
        <w:tc>
          <w:tcPr>
            <w:tcW w:w="2171" w:type="dxa"/>
            <w:vAlign w:val="center"/>
          </w:tcPr>
          <w:p w14:paraId="7B2FEA4B" w14:textId="2FABC101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Didy Button</w:t>
            </w:r>
          </w:p>
        </w:tc>
        <w:tc>
          <w:tcPr>
            <w:tcW w:w="2413" w:type="dxa"/>
            <w:vAlign w:val="center"/>
          </w:tcPr>
          <w:p w14:paraId="783C29A4" w14:textId="1619D198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Kat Pugh</w:t>
            </w:r>
          </w:p>
        </w:tc>
        <w:tc>
          <w:tcPr>
            <w:tcW w:w="1987" w:type="dxa"/>
            <w:vAlign w:val="center"/>
          </w:tcPr>
          <w:p w14:paraId="37167615" w14:textId="77777777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56DE4" w:rsidRPr="00D55FA5" w14:paraId="2F994D4A" w14:textId="77777777" w:rsidTr="000B55CF">
        <w:tc>
          <w:tcPr>
            <w:tcW w:w="2170" w:type="dxa"/>
            <w:vAlign w:val="center"/>
          </w:tcPr>
          <w:p w14:paraId="30F905B7" w14:textId="139C2AA2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18 Oct 2026</w:t>
            </w:r>
          </w:p>
        </w:tc>
        <w:tc>
          <w:tcPr>
            <w:tcW w:w="2030" w:type="dxa"/>
            <w:vAlign w:val="center"/>
          </w:tcPr>
          <w:p w14:paraId="5C5CFA3F" w14:textId="7B9F300C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Kath Fisher</w:t>
            </w:r>
          </w:p>
        </w:tc>
        <w:tc>
          <w:tcPr>
            <w:tcW w:w="2413" w:type="dxa"/>
            <w:vAlign w:val="center"/>
          </w:tcPr>
          <w:p w14:paraId="75F928A3" w14:textId="05A20FCF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Vari Booth</w:t>
            </w:r>
          </w:p>
        </w:tc>
        <w:tc>
          <w:tcPr>
            <w:tcW w:w="2171" w:type="dxa"/>
            <w:vAlign w:val="center"/>
          </w:tcPr>
          <w:p w14:paraId="7298E8AD" w14:textId="38F445AB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Inara Powell</w:t>
            </w:r>
          </w:p>
        </w:tc>
        <w:tc>
          <w:tcPr>
            <w:tcW w:w="2171" w:type="dxa"/>
            <w:vAlign w:val="center"/>
          </w:tcPr>
          <w:p w14:paraId="6F23319A" w14:textId="36758135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Jan Roberts</w:t>
            </w:r>
          </w:p>
        </w:tc>
        <w:tc>
          <w:tcPr>
            <w:tcW w:w="2413" w:type="dxa"/>
            <w:vAlign w:val="center"/>
          </w:tcPr>
          <w:p w14:paraId="3432CB6B" w14:textId="45E3F90F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Lange Powell</w:t>
            </w:r>
          </w:p>
        </w:tc>
        <w:tc>
          <w:tcPr>
            <w:tcW w:w="1987" w:type="dxa"/>
            <w:vAlign w:val="center"/>
          </w:tcPr>
          <w:p w14:paraId="1BB2A60F" w14:textId="77777777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56DE4" w:rsidRPr="00D55FA5" w14:paraId="2C1D655C" w14:textId="77777777" w:rsidTr="000B55CF">
        <w:tc>
          <w:tcPr>
            <w:tcW w:w="2170" w:type="dxa"/>
            <w:vAlign w:val="center"/>
          </w:tcPr>
          <w:p w14:paraId="2736E06F" w14:textId="23BB9772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25 Oct 2026</w:t>
            </w:r>
          </w:p>
        </w:tc>
        <w:tc>
          <w:tcPr>
            <w:tcW w:w="2030" w:type="dxa"/>
            <w:vAlign w:val="center"/>
          </w:tcPr>
          <w:p w14:paraId="7F4CBFE9" w14:textId="6903C1C9" w:rsidR="00656DE4" w:rsidRPr="00656DE4" w:rsidRDefault="00C03125" w:rsidP="00656DE4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n/a</w:t>
            </w:r>
          </w:p>
        </w:tc>
        <w:tc>
          <w:tcPr>
            <w:tcW w:w="2413" w:type="dxa"/>
            <w:vAlign w:val="center"/>
          </w:tcPr>
          <w:p w14:paraId="3E6B59B0" w14:textId="23AA1B88" w:rsidR="00656DE4" w:rsidRPr="00656DE4" w:rsidRDefault="00C03125" w:rsidP="00656DE4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n/a</w:t>
            </w:r>
          </w:p>
        </w:tc>
        <w:tc>
          <w:tcPr>
            <w:tcW w:w="2171" w:type="dxa"/>
            <w:vAlign w:val="center"/>
          </w:tcPr>
          <w:p w14:paraId="375C7B25" w14:textId="2590BFDC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Louise Zieseniss</w:t>
            </w:r>
          </w:p>
        </w:tc>
        <w:tc>
          <w:tcPr>
            <w:tcW w:w="2171" w:type="dxa"/>
            <w:vAlign w:val="center"/>
          </w:tcPr>
          <w:p w14:paraId="71ED1BD8" w14:textId="15D33259" w:rsidR="00656DE4" w:rsidRPr="00656DE4" w:rsidRDefault="00C03125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Murray Dixon</w:t>
            </w:r>
          </w:p>
        </w:tc>
        <w:tc>
          <w:tcPr>
            <w:tcW w:w="2413" w:type="dxa"/>
            <w:vAlign w:val="center"/>
          </w:tcPr>
          <w:p w14:paraId="305232C4" w14:textId="35F159C1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Inara Powell</w:t>
            </w:r>
          </w:p>
        </w:tc>
        <w:tc>
          <w:tcPr>
            <w:tcW w:w="1987" w:type="dxa"/>
            <w:vAlign w:val="center"/>
          </w:tcPr>
          <w:p w14:paraId="5C726870" w14:textId="41A561B4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 xml:space="preserve">St Jude's Day - </w:t>
            </w:r>
            <w:r w:rsidR="00C03125">
              <w:rPr>
                <w:rFonts w:ascii="Calibri" w:hAnsi="Calibri" w:cs="Calibri"/>
                <w:sz w:val="26"/>
                <w:szCs w:val="26"/>
              </w:rPr>
              <w:t>o</w:t>
            </w:r>
            <w:r w:rsidRPr="00656DE4">
              <w:rPr>
                <w:rFonts w:ascii="Calibri" w:hAnsi="Calibri" w:cs="Calibri"/>
                <w:sz w:val="26"/>
                <w:szCs w:val="26"/>
              </w:rPr>
              <w:t xml:space="preserve">ne </w:t>
            </w:r>
            <w:r w:rsidR="00C03125">
              <w:rPr>
                <w:rFonts w:ascii="Calibri" w:hAnsi="Calibri" w:cs="Calibri"/>
                <w:sz w:val="26"/>
                <w:szCs w:val="26"/>
              </w:rPr>
              <w:t>s</w:t>
            </w:r>
            <w:r w:rsidRPr="00656DE4">
              <w:rPr>
                <w:rFonts w:ascii="Calibri" w:hAnsi="Calibri" w:cs="Calibri"/>
                <w:sz w:val="26"/>
                <w:szCs w:val="26"/>
              </w:rPr>
              <w:t>ervice</w:t>
            </w:r>
            <w:r w:rsidR="00C03125">
              <w:rPr>
                <w:rFonts w:ascii="Calibri" w:hAnsi="Calibri" w:cs="Calibri"/>
                <w:sz w:val="26"/>
                <w:szCs w:val="26"/>
              </w:rPr>
              <w:t xml:space="preserve"> @ 9am</w:t>
            </w:r>
          </w:p>
        </w:tc>
      </w:tr>
      <w:tr w:rsidR="00656DE4" w:rsidRPr="00D55FA5" w14:paraId="4433A572" w14:textId="77777777" w:rsidTr="000B55CF">
        <w:tc>
          <w:tcPr>
            <w:tcW w:w="2170" w:type="dxa"/>
            <w:vAlign w:val="center"/>
          </w:tcPr>
          <w:p w14:paraId="7EC637A3" w14:textId="07C95950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01 Nov 2026</w:t>
            </w:r>
          </w:p>
        </w:tc>
        <w:tc>
          <w:tcPr>
            <w:tcW w:w="2030" w:type="dxa"/>
            <w:vAlign w:val="center"/>
          </w:tcPr>
          <w:p w14:paraId="1551516B" w14:textId="477B5703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Robyn McCurry</w:t>
            </w:r>
          </w:p>
        </w:tc>
        <w:tc>
          <w:tcPr>
            <w:tcW w:w="2413" w:type="dxa"/>
            <w:vAlign w:val="center"/>
          </w:tcPr>
          <w:p w14:paraId="6BAD2A3E" w14:textId="01341D91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Pam Binks</w:t>
            </w:r>
          </w:p>
        </w:tc>
        <w:tc>
          <w:tcPr>
            <w:tcW w:w="2171" w:type="dxa"/>
            <w:vAlign w:val="center"/>
          </w:tcPr>
          <w:p w14:paraId="6D3A8B73" w14:textId="2175E242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Children</w:t>
            </w:r>
          </w:p>
        </w:tc>
        <w:tc>
          <w:tcPr>
            <w:tcW w:w="2171" w:type="dxa"/>
            <w:vAlign w:val="center"/>
          </w:tcPr>
          <w:p w14:paraId="7A04AF96" w14:textId="38F197A2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Children</w:t>
            </w:r>
          </w:p>
        </w:tc>
        <w:tc>
          <w:tcPr>
            <w:tcW w:w="2413" w:type="dxa"/>
            <w:vAlign w:val="center"/>
          </w:tcPr>
          <w:p w14:paraId="20D11497" w14:textId="31E29143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Children</w:t>
            </w:r>
          </w:p>
        </w:tc>
        <w:tc>
          <w:tcPr>
            <w:tcW w:w="1987" w:type="dxa"/>
            <w:vAlign w:val="center"/>
          </w:tcPr>
          <w:p w14:paraId="100FAB84" w14:textId="77D6FBC0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Family Worship</w:t>
            </w:r>
          </w:p>
        </w:tc>
      </w:tr>
      <w:tr w:rsidR="00656DE4" w:rsidRPr="00D55FA5" w14:paraId="5C61A7E2" w14:textId="77777777" w:rsidTr="000B55CF">
        <w:tc>
          <w:tcPr>
            <w:tcW w:w="2170" w:type="dxa"/>
            <w:vAlign w:val="center"/>
          </w:tcPr>
          <w:p w14:paraId="0C5ECCA0" w14:textId="3EB37D76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08 Nov 2026</w:t>
            </w:r>
          </w:p>
        </w:tc>
        <w:tc>
          <w:tcPr>
            <w:tcW w:w="2030" w:type="dxa"/>
            <w:vAlign w:val="center"/>
          </w:tcPr>
          <w:p w14:paraId="2BDCD12C" w14:textId="7FE49011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Swapna Deepak</w:t>
            </w:r>
          </w:p>
        </w:tc>
        <w:tc>
          <w:tcPr>
            <w:tcW w:w="2413" w:type="dxa"/>
            <w:vAlign w:val="center"/>
          </w:tcPr>
          <w:p w14:paraId="51513D8E" w14:textId="57AD22A4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Cathryn Fardon</w:t>
            </w:r>
          </w:p>
        </w:tc>
        <w:tc>
          <w:tcPr>
            <w:tcW w:w="2171" w:type="dxa"/>
            <w:vAlign w:val="center"/>
          </w:tcPr>
          <w:p w14:paraId="34B34FBF" w14:textId="0F7C880F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Rosemary Taylor</w:t>
            </w:r>
          </w:p>
        </w:tc>
        <w:tc>
          <w:tcPr>
            <w:tcW w:w="2171" w:type="dxa"/>
            <w:vAlign w:val="center"/>
          </w:tcPr>
          <w:p w14:paraId="5E072016" w14:textId="3B9326EC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Rosey Neeves</w:t>
            </w:r>
          </w:p>
        </w:tc>
        <w:tc>
          <w:tcPr>
            <w:tcW w:w="2413" w:type="dxa"/>
            <w:vAlign w:val="center"/>
          </w:tcPr>
          <w:p w14:paraId="5266D3B1" w14:textId="65B2BDBB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Julia Butler</w:t>
            </w:r>
          </w:p>
        </w:tc>
        <w:tc>
          <w:tcPr>
            <w:tcW w:w="1987" w:type="dxa"/>
            <w:vAlign w:val="center"/>
          </w:tcPr>
          <w:p w14:paraId="4DD41620" w14:textId="77777777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56DE4" w:rsidRPr="00D55FA5" w14:paraId="4ABF90BE" w14:textId="77777777" w:rsidTr="000B55CF">
        <w:tc>
          <w:tcPr>
            <w:tcW w:w="2170" w:type="dxa"/>
            <w:vAlign w:val="center"/>
          </w:tcPr>
          <w:p w14:paraId="29727646" w14:textId="5DCE90A6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15 Nov 2026</w:t>
            </w:r>
          </w:p>
        </w:tc>
        <w:tc>
          <w:tcPr>
            <w:tcW w:w="2030" w:type="dxa"/>
            <w:vAlign w:val="center"/>
          </w:tcPr>
          <w:p w14:paraId="273027DC" w14:textId="2C405851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Anne Brennan</w:t>
            </w:r>
          </w:p>
        </w:tc>
        <w:tc>
          <w:tcPr>
            <w:tcW w:w="2413" w:type="dxa"/>
            <w:vAlign w:val="center"/>
          </w:tcPr>
          <w:p w14:paraId="7D75E0E2" w14:textId="0ED75328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Vari Booth</w:t>
            </w:r>
          </w:p>
        </w:tc>
        <w:tc>
          <w:tcPr>
            <w:tcW w:w="2171" w:type="dxa"/>
            <w:vAlign w:val="center"/>
          </w:tcPr>
          <w:p w14:paraId="2E41469F" w14:textId="4424ED31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Julie Gameau</w:t>
            </w:r>
          </w:p>
        </w:tc>
        <w:tc>
          <w:tcPr>
            <w:tcW w:w="2171" w:type="dxa"/>
            <w:vAlign w:val="center"/>
          </w:tcPr>
          <w:p w14:paraId="193F19CE" w14:textId="06C6D21E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Kat Pugh</w:t>
            </w:r>
          </w:p>
        </w:tc>
        <w:tc>
          <w:tcPr>
            <w:tcW w:w="2413" w:type="dxa"/>
            <w:vAlign w:val="center"/>
          </w:tcPr>
          <w:p w14:paraId="24CDB7B9" w14:textId="46FC7FC5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Jan Roberts</w:t>
            </w:r>
          </w:p>
        </w:tc>
        <w:tc>
          <w:tcPr>
            <w:tcW w:w="1987" w:type="dxa"/>
            <w:vAlign w:val="center"/>
          </w:tcPr>
          <w:p w14:paraId="030DFD6B" w14:textId="77777777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56DE4" w:rsidRPr="00D55FA5" w14:paraId="586F7E5B" w14:textId="77777777" w:rsidTr="000B55CF">
        <w:tc>
          <w:tcPr>
            <w:tcW w:w="2170" w:type="dxa"/>
            <w:vAlign w:val="center"/>
          </w:tcPr>
          <w:p w14:paraId="32209C92" w14:textId="2C978AB1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22 Nov 2026</w:t>
            </w:r>
          </w:p>
        </w:tc>
        <w:tc>
          <w:tcPr>
            <w:tcW w:w="2030" w:type="dxa"/>
            <w:vAlign w:val="center"/>
          </w:tcPr>
          <w:p w14:paraId="28236BD3" w14:textId="2AF62B52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Kath Fisher</w:t>
            </w:r>
          </w:p>
        </w:tc>
        <w:tc>
          <w:tcPr>
            <w:tcW w:w="2413" w:type="dxa"/>
            <w:vAlign w:val="center"/>
          </w:tcPr>
          <w:p w14:paraId="71EC4EDF" w14:textId="397D0ED2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Robyn McCurry</w:t>
            </w:r>
          </w:p>
        </w:tc>
        <w:tc>
          <w:tcPr>
            <w:tcW w:w="2171" w:type="dxa"/>
            <w:vAlign w:val="center"/>
          </w:tcPr>
          <w:p w14:paraId="119ABD52" w14:textId="7595DA66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Kat Elliott</w:t>
            </w:r>
          </w:p>
        </w:tc>
        <w:tc>
          <w:tcPr>
            <w:tcW w:w="2171" w:type="dxa"/>
            <w:vAlign w:val="center"/>
          </w:tcPr>
          <w:p w14:paraId="785DB373" w14:textId="43265534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Ellie Gharib</w:t>
            </w:r>
          </w:p>
        </w:tc>
        <w:tc>
          <w:tcPr>
            <w:tcW w:w="2413" w:type="dxa"/>
            <w:vAlign w:val="center"/>
          </w:tcPr>
          <w:p w14:paraId="3DBA399D" w14:textId="7475361C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Lange Powell</w:t>
            </w:r>
          </w:p>
        </w:tc>
        <w:tc>
          <w:tcPr>
            <w:tcW w:w="1987" w:type="dxa"/>
            <w:vAlign w:val="center"/>
          </w:tcPr>
          <w:p w14:paraId="2C41192C" w14:textId="3951850E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56DE4" w:rsidRPr="00D55FA5" w14:paraId="514A27F8" w14:textId="77777777" w:rsidTr="000B55CF">
        <w:tc>
          <w:tcPr>
            <w:tcW w:w="2170" w:type="dxa"/>
            <w:vAlign w:val="center"/>
          </w:tcPr>
          <w:p w14:paraId="484F4CF0" w14:textId="3E86BD40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29 Nov 2026</w:t>
            </w:r>
          </w:p>
        </w:tc>
        <w:tc>
          <w:tcPr>
            <w:tcW w:w="2030" w:type="dxa"/>
            <w:vAlign w:val="center"/>
          </w:tcPr>
          <w:p w14:paraId="254771E6" w14:textId="587976BF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Murray Dixon</w:t>
            </w:r>
          </w:p>
        </w:tc>
        <w:tc>
          <w:tcPr>
            <w:tcW w:w="2413" w:type="dxa"/>
            <w:vAlign w:val="center"/>
          </w:tcPr>
          <w:p w14:paraId="40E94ECF" w14:textId="4F8C72C0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Pam Binks</w:t>
            </w:r>
          </w:p>
        </w:tc>
        <w:tc>
          <w:tcPr>
            <w:tcW w:w="2171" w:type="dxa"/>
            <w:vAlign w:val="center"/>
          </w:tcPr>
          <w:p w14:paraId="51813543" w14:textId="5979E0F8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Lange Powell</w:t>
            </w:r>
          </w:p>
        </w:tc>
        <w:tc>
          <w:tcPr>
            <w:tcW w:w="2171" w:type="dxa"/>
            <w:vAlign w:val="center"/>
          </w:tcPr>
          <w:p w14:paraId="64E531EA" w14:textId="42E484BF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Louise Zieseniss</w:t>
            </w:r>
          </w:p>
        </w:tc>
        <w:tc>
          <w:tcPr>
            <w:tcW w:w="2413" w:type="dxa"/>
            <w:vAlign w:val="center"/>
          </w:tcPr>
          <w:p w14:paraId="47B8D166" w14:textId="59E7A5A0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Louise Zieseniss</w:t>
            </w:r>
          </w:p>
        </w:tc>
        <w:tc>
          <w:tcPr>
            <w:tcW w:w="1987" w:type="dxa"/>
            <w:vAlign w:val="center"/>
          </w:tcPr>
          <w:p w14:paraId="18460568" w14:textId="77777777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56DE4" w:rsidRPr="00D55FA5" w14:paraId="1D273CF0" w14:textId="77777777" w:rsidTr="000B55CF">
        <w:tc>
          <w:tcPr>
            <w:tcW w:w="2170" w:type="dxa"/>
            <w:vAlign w:val="center"/>
          </w:tcPr>
          <w:p w14:paraId="24EC2FFC" w14:textId="29254068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06 Dec 2026</w:t>
            </w:r>
          </w:p>
        </w:tc>
        <w:tc>
          <w:tcPr>
            <w:tcW w:w="2030" w:type="dxa"/>
            <w:vAlign w:val="center"/>
          </w:tcPr>
          <w:p w14:paraId="13F996B0" w14:textId="3B135CB4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Robyn McCurry</w:t>
            </w:r>
          </w:p>
        </w:tc>
        <w:tc>
          <w:tcPr>
            <w:tcW w:w="2413" w:type="dxa"/>
            <w:vAlign w:val="center"/>
          </w:tcPr>
          <w:p w14:paraId="6916A3FE" w14:textId="304F8B04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Cathryn Fardon</w:t>
            </w:r>
          </w:p>
        </w:tc>
        <w:tc>
          <w:tcPr>
            <w:tcW w:w="2171" w:type="dxa"/>
            <w:vAlign w:val="center"/>
          </w:tcPr>
          <w:p w14:paraId="249E411C" w14:textId="49318F29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Children</w:t>
            </w:r>
          </w:p>
        </w:tc>
        <w:tc>
          <w:tcPr>
            <w:tcW w:w="2171" w:type="dxa"/>
            <w:vAlign w:val="center"/>
          </w:tcPr>
          <w:p w14:paraId="66348FFC" w14:textId="04F16BEF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Children</w:t>
            </w:r>
          </w:p>
        </w:tc>
        <w:tc>
          <w:tcPr>
            <w:tcW w:w="2413" w:type="dxa"/>
            <w:vAlign w:val="center"/>
          </w:tcPr>
          <w:p w14:paraId="098494F6" w14:textId="230D04F0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Children</w:t>
            </w:r>
          </w:p>
        </w:tc>
        <w:tc>
          <w:tcPr>
            <w:tcW w:w="1987" w:type="dxa"/>
            <w:vAlign w:val="center"/>
          </w:tcPr>
          <w:p w14:paraId="3E534FC0" w14:textId="55B18999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Family Worship</w:t>
            </w:r>
          </w:p>
        </w:tc>
      </w:tr>
      <w:tr w:rsidR="00656DE4" w:rsidRPr="00D55FA5" w14:paraId="7014B1D0" w14:textId="77777777" w:rsidTr="000B55CF">
        <w:tc>
          <w:tcPr>
            <w:tcW w:w="2170" w:type="dxa"/>
            <w:vAlign w:val="center"/>
          </w:tcPr>
          <w:p w14:paraId="055981E8" w14:textId="57A0235F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13 Dec 2026</w:t>
            </w:r>
          </w:p>
        </w:tc>
        <w:tc>
          <w:tcPr>
            <w:tcW w:w="2030" w:type="dxa"/>
            <w:vAlign w:val="center"/>
          </w:tcPr>
          <w:p w14:paraId="55D95608" w14:textId="1ED8AF93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Swapna Deepak</w:t>
            </w:r>
          </w:p>
        </w:tc>
        <w:tc>
          <w:tcPr>
            <w:tcW w:w="2413" w:type="dxa"/>
            <w:vAlign w:val="center"/>
          </w:tcPr>
          <w:p w14:paraId="0DC645F4" w14:textId="620433AA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Vari Booth</w:t>
            </w:r>
          </w:p>
        </w:tc>
        <w:tc>
          <w:tcPr>
            <w:tcW w:w="2171" w:type="dxa"/>
            <w:vAlign w:val="center"/>
          </w:tcPr>
          <w:p w14:paraId="0A765B57" w14:textId="4899401C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Inara Powell</w:t>
            </w:r>
          </w:p>
        </w:tc>
        <w:tc>
          <w:tcPr>
            <w:tcW w:w="2171" w:type="dxa"/>
            <w:vAlign w:val="center"/>
          </w:tcPr>
          <w:p w14:paraId="799AC6D5" w14:textId="5D9115A3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Rosey Neeves</w:t>
            </w:r>
          </w:p>
        </w:tc>
        <w:tc>
          <w:tcPr>
            <w:tcW w:w="2413" w:type="dxa"/>
            <w:vAlign w:val="center"/>
          </w:tcPr>
          <w:p w14:paraId="41CADC5B" w14:textId="42DE0119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Julia Butler</w:t>
            </w:r>
          </w:p>
        </w:tc>
        <w:tc>
          <w:tcPr>
            <w:tcW w:w="1987" w:type="dxa"/>
            <w:vAlign w:val="center"/>
          </w:tcPr>
          <w:p w14:paraId="1E745605" w14:textId="77777777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56DE4" w:rsidRPr="00D55FA5" w14:paraId="41A3E589" w14:textId="77777777" w:rsidTr="000B55CF">
        <w:tc>
          <w:tcPr>
            <w:tcW w:w="2170" w:type="dxa"/>
            <w:vAlign w:val="center"/>
          </w:tcPr>
          <w:p w14:paraId="64F67B03" w14:textId="0B5201BD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Sun 20 Dec 2026</w:t>
            </w:r>
          </w:p>
        </w:tc>
        <w:tc>
          <w:tcPr>
            <w:tcW w:w="2030" w:type="dxa"/>
            <w:vAlign w:val="center"/>
          </w:tcPr>
          <w:p w14:paraId="5EDA0512" w14:textId="3F306E0A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Anne Brennan</w:t>
            </w:r>
          </w:p>
        </w:tc>
        <w:tc>
          <w:tcPr>
            <w:tcW w:w="2413" w:type="dxa"/>
            <w:vAlign w:val="center"/>
          </w:tcPr>
          <w:p w14:paraId="6D015B5A" w14:textId="0065EB08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Pam Binks</w:t>
            </w:r>
          </w:p>
        </w:tc>
        <w:tc>
          <w:tcPr>
            <w:tcW w:w="2171" w:type="dxa"/>
            <w:vAlign w:val="center"/>
          </w:tcPr>
          <w:p w14:paraId="681A8766" w14:textId="60BFAA12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Julie Gameau</w:t>
            </w:r>
          </w:p>
        </w:tc>
        <w:tc>
          <w:tcPr>
            <w:tcW w:w="2171" w:type="dxa"/>
            <w:vAlign w:val="center"/>
          </w:tcPr>
          <w:p w14:paraId="5CC9500F" w14:textId="0C456861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Jackie Glover</w:t>
            </w:r>
          </w:p>
        </w:tc>
        <w:tc>
          <w:tcPr>
            <w:tcW w:w="2413" w:type="dxa"/>
            <w:vAlign w:val="center"/>
          </w:tcPr>
          <w:p w14:paraId="321140E4" w14:textId="76A638E0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Jan Roberts</w:t>
            </w:r>
          </w:p>
        </w:tc>
        <w:tc>
          <w:tcPr>
            <w:tcW w:w="1987" w:type="dxa"/>
            <w:vAlign w:val="center"/>
          </w:tcPr>
          <w:p w14:paraId="5AF344D1" w14:textId="77777777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56DE4" w:rsidRPr="00D55FA5" w14:paraId="55FCFD1F" w14:textId="77777777" w:rsidTr="000B55CF">
        <w:tc>
          <w:tcPr>
            <w:tcW w:w="2170" w:type="dxa"/>
            <w:vAlign w:val="center"/>
          </w:tcPr>
          <w:p w14:paraId="47A989EB" w14:textId="09FB00B6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Thu 24 Dec 2026</w:t>
            </w:r>
          </w:p>
        </w:tc>
        <w:tc>
          <w:tcPr>
            <w:tcW w:w="2030" w:type="dxa"/>
            <w:vAlign w:val="center"/>
          </w:tcPr>
          <w:p w14:paraId="4E1CCB58" w14:textId="31154E33" w:rsidR="00656DE4" w:rsidRPr="00656DE4" w:rsidRDefault="00076686" w:rsidP="00656DE4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Rosey Neeves</w:t>
            </w:r>
          </w:p>
        </w:tc>
        <w:tc>
          <w:tcPr>
            <w:tcW w:w="2413" w:type="dxa"/>
            <w:vAlign w:val="center"/>
          </w:tcPr>
          <w:p w14:paraId="41B1DA0B" w14:textId="3F411BE6" w:rsidR="00656DE4" w:rsidRPr="00656DE4" w:rsidRDefault="000A6C6C" w:rsidP="00656DE4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Lange Powell</w:t>
            </w:r>
          </w:p>
        </w:tc>
        <w:tc>
          <w:tcPr>
            <w:tcW w:w="2171" w:type="dxa"/>
            <w:vAlign w:val="center"/>
          </w:tcPr>
          <w:p w14:paraId="5F06A120" w14:textId="297722D3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171" w:type="dxa"/>
            <w:vAlign w:val="center"/>
          </w:tcPr>
          <w:p w14:paraId="1C602D42" w14:textId="5A7FD1AA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30B4EE48" w14:textId="749B5EDD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987" w:type="dxa"/>
            <w:vAlign w:val="center"/>
          </w:tcPr>
          <w:p w14:paraId="28260791" w14:textId="5CB2848C" w:rsidR="00656DE4" w:rsidRPr="00656DE4" w:rsidRDefault="00656DE4" w:rsidP="00656DE4">
            <w:pPr>
              <w:rPr>
                <w:rFonts w:ascii="Calibri" w:hAnsi="Calibri" w:cs="Calibri"/>
                <w:sz w:val="26"/>
                <w:szCs w:val="26"/>
              </w:rPr>
            </w:pPr>
            <w:r w:rsidRPr="00656DE4">
              <w:rPr>
                <w:rFonts w:ascii="Calibri" w:hAnsi="Calibri" w:cs="Calibri"/>
                <w:sz w:val="26"/>
                <w:szCs w:val="26"/>
              </w:rPr>
              <w:t>Christmas Eve</w:t>
            </w:r>
            <w:r w:rsidR="0071782C">
              <w:rPr>
                <w:rFonts w:ascii="Calibri" w:hAnsi="Calibri" w:cs="Calibri"/>
                <w:sz w:val="26"/>
                <w:szCs w:val="26"/>
              </w:rPr>
              <w:t xml:space="preserve"> – midnight mass</w:t>
            </w:r>
          </w:p>
        </w:tc>
      </w:tr>
      <w:tr w:rsidR="0071782C" w:rsidRPr="00D55FA5" w14:paraId="6D99041A" w14:textId="77777777" w:rsidTr="000B55CF">
        <w:tc>
          <w:tcPr>
            <w:tcW w:w="2170" w:type="dxa"/>
            <w:vAlign w:val="center"/>
          </w:tcPr>
          <w:p w14:paraId="300D8EB4" w14:textId="5CFD5ABD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Fri 25 Dec 2026</w:t>
            </w:r>
          </w:p>
        </w:tc>
        <w:tc>
          <w:tcPr>
            <w:tcW w:w="2030" w:type="dxa"/>
            <w:vAlign w:val="center"/>
          </w:tcPr>
          <w:p w14:paraId="13286BB5" w14:textId="7E8EEF21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Kath Fisher</w:t>
            </w:r>
          </w:p>
        </w:tc>
        <w:tc>
          <w:tcPr>
            <w:tcW w:w="2413" w:type="dxa"/>
            <w:vAlign w:val="center"/>
          </w:tcPr>
          <w:p w14:paraId="10B8A9D7" w14:textId="4C78C976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Vari Booth</w:t>
            </w:r>
          </w:p>
        </w:tc>
        <w:tc>
          <w:tcPr>
            <w:tcW w:w="2171" w:type="dxa"/>
            <w:vAlign w:val="center"/>
          </w:tcPr>
          <w:p w14:paraId="17586198" w14:textId="77777777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171" w:type="dxa"/>
            <w:vAlign w:val="center"/>
          </w:tcPr>
          <w:p w14:paraId="34A4B872" w14:textId="77777777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2E44B80B" w14:textId="77777777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987" w:type="dxa"/>
            <w:vAlign w:val="center"/>
          </w:tcPr>
          <w:p w14:paraId="1D55548A" w14:textId="52384A72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Christmas Day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– one service @ 9am</w:t>
            </w:r>
          </w:p>
        </w:tc>
      </w:tr>
      <w:tr w:rsidR="0071782C" w:rsidRPr="00D55FA5" w14:paraId="49F8AEC0" w14:textId="77777777" w:rsidTr="000B55CF">
        <w:tc>
          <w:tcPr>
            <w:tcW w:w="2170" w:type="dxa"/>
            <w:vAlign w:val="center"/>
          </w:tcPr>
          <w:p w14:paraId="5C12E463" w14:textId="2C79211E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Sun 27 Dec 2026</w:t>
            </w:r>
          </w:p>
        </w:tc>
        <w:tc>
          <w:tcPr>
            <w:tcW w:w="2030" w:type="dxa"/>
            <w:vAlign w:val="center"/>
          </w:tcPr>
          <w:p w14:paraId="5BD096E9" w14:textId="3DF8391E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Robyn McCurry</w:t>
            </w:r>
          </w:p>
        </w:tc>
        <w:tc>
          <w:tcPr>
            <w:tcW w:w="2413" w:type="dxa"/>
            <w:vAlign w:val="center"/>
          </w:tcPr>
          <w:p w14:paraId="6C3A4687" w14:textId="76B3F6BB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Cathryn Fardon</w:t>
            </w:r>
          </w:p>
        </w:tc>
        <w:tc>
          <w:tcPr>
            <w:tcW w:w="2171" w:type="dxa"/>
            <w:vAlign w:val="center"/>
          </w:tcPr>
          <w:p w14:paraId="12B099BD" w14:textId="710D6508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Julia Butler</w:t>
            </w:r>
          </w:p>
        </w:tc>
        <w:tc>
          <w:tcPr>
            <w:tcW w:w="2171" w:type="dxa"/>
            <w:vAlign w:val="center"/>
          </w:tcPr>
          <w:p w14:paraId="1C06A255" w14:textId="29E9E2E9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  <w:r w:rsidRPr="0071782C">
              <w:rPr>
                <w:rFonts w:ascii="Calibri" w:hAnsi="Calibri" w:cs="Calibri"/>
                <w:sz w:val="26"/>
                <w:szCs w:val="26"/>
              </w:rPr>
              <w:t>Kat Elliott</w:t>
            </w:r>
          </w:p>
        </w:tc>
        <w:tc>
          <w:tcPr>
            <w:tcW w:w="2413" w:type="dxa"/>
            <w:vAlign w:val="center"/>
          </w:tcPr>
          <w:p w14:paraId="458E52F9" w14:textId="0BFFEDA1" w:rsidR="0071782C" w:rsidRPr="0071782C" w:rsidRDefault="000A6C6C" w:rsidP="0071782C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Inara</w:t>
            </w:r>
            <w:r w:rsidR="0071782C" w:rsidRPr="0071782C">
              <w:rPr>
                <w:rFonts w:ascii="Calibri" w:hAnsi="Calibri" w:cs="Calibri"/>
                <w:sz w:val="26"/>
                <w:szCs w:val="26"/>
              </w:rPr>
              <w:t xml:space="preserve"> Powell</w:t>
            </w:r>
          </w:p>
        </w:tc>
        <w:tc>
          <w:tcPr>
            <w:tcW w:w="1987" w:type="dxa"/>
            <w:vAlign w:val="center"/>
          </w:tcPr>
          <w:p w14:paraId="0011E7DD" w14:textId="77777777" w:rsidR="0071782C" w:rsidRPr="0071782C" w:rsidRDefault="0071782C" w:rsidP="0071782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14:paraId="5F4CAD19" w14:textId="77777777" w:rsidR="00DA32A4" w:rsidRPr="008B788B" w:rsidRDefault="00DA32A4" w:rsidP="00C73523">
      <w:pPr>
        <w:rPr>
          <w:rFonts w:ascii="Calibri" w:hAnsi="Calibri" w:cs="Calibri"/>
        </w:rPr>
      </w:pPr>
    </w:p>
    <w:sectPr w:rsidR="00DA32A4" w:rsidRPr="008B788B" w:rsidSect="000454A0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A07F1" w14:textId="77777777" w:rsidR="00BB7E6B" w:rsidRDefault="00BB7E6B">
      <w:pPr>
        <w:spacing w:after="0" w:line="240" w:lineRule="auto"/>
      </w:pPr>
      <w:r>
        <w:separator/>
      </w:r>
    </w:p>
  </w:endnote>
  <w:endnote w:type="continuationSeparator" w:id="0">
    <w:p w14:paraId="12874757" w14:textId="77777777" w:rsidR="00BB7E6B" w:rsidRDefault="00BB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02FE" w14:textId="77777777" w:rsidR="00BB7E6B" w:rsidRDefault="00BB7E6B">
      <w:pPr>
        <w:spacing w:after="0" w:line="240" w:lineRule="auto"/>
      </w:pPr>
      <w:r>
        <w:separator/>
      </w:r>
    </w:p>
  </w:footnote>
  <w:footnote w:type="continuationSeparator" w:id="0">
    <w:p w14:paraId="217BC88E" w14:textId="77777777" w:rsidR="00BB7E6B" w:rsidRDefault="00BB7E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236835">
    <w:abstractNumId w:val="8"/>
  </w:num>
  <w:num w:numId="2" w16cid:durableId="678116342">
    <w:abstractNumId w:val="6"/>
  </w:num>
  <w:num w:numId="3" w16cid:durableId="201483019">
    <w:abstractNumId w:val="5"/>
  </w:num>
  <w:num w:numId="4" w16cid:durableId="425468941">
    <w:abstractNumId w:val="4"/>
  </w:num>
  <w:num w:numId="5" w16cid:durableId="1569223095">
    <w:abstractNumId w:val="7"/>
  </w:num>
  <w:num w:numId="6" w16cid:durableId="483549494">
    <w:abstractNumId w:val="3"/>
  </w:num>
  <w:num w:numId="7" w16cid:durableId="1916433510">
    <w:abstractNumId w:val="2"/>
  </w:num>
  <w:num w:numId="8" w16cid:durableId="1786388524">
    <w:abstractNumId w:val="1"/>
  </w:num>
  <w:num w:numId="9" w16cid:durableId="1615988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97C"/>
    <w:rsid w:val="000102CC"/>
    <w:rsid w:val="00011B69"/>
    <w:rsid w:val="00034616"/>
    <w:rsid w:val="000454A0"/>
    <w:rsid w:val="000545BE"/>
    <w:rsid w:val="0005523C"/>
    <w:rsid w:val="0006063C"/>
    <w:rsid w:val="00076686"/>
    <w:rsid w:val="0008528B"/>
    <w:rsid w:val="000A6C6C"/>
    <w:rsid w:val="000B0114"/>
    <w:rsid w:val="000E0770"/>
    <w:rsid w:val="001041DC"/>
    <w:rsid w:val="0015074B"/>
    <w:rsid w:val="00192AA4"/>
    <w:rsid w:val="001C00C7"/>
    <w:rsid w:val="001C34F3"/>
    <w:rsid w:val="001E4859"/>
    <w:rsid w:val="001F1AF0"/>
    <w:rsid w:val="00241EFB"/>
    <w:rsid w:val="002579F4"/>
    <w:rsid w:val="0029639D"/>
    <w:rsid w:val="002C5FD2"/>
    <w:rsid w:val="002E04C8"/>
    <w:rsid w:val="00311693"/>
    <w:rsid w:val="00326F90"/>
    <w:rsid w:val="003358F8"/>
    <w:rsid w:val="0035371E"/>
    <w:rsid w:val="00377B87"/>
    <w:rsid w:val="003A034E"/>
    <w:rsid w:val="003B49EF"/>
    <w:rsid w:val="00403FEA"/>
    <w:rsid w:val="004159D1"/>
    <w:rsid w:val="00443499"/>
    <w:rsid w:val="004E6ABB"/>
    <w:rsid w:val="004E7C71"/>
    <w:rsid w:val="00610123"/>
    <w:rsid w:val="00656DE4"/>
    <w:rsid w:val="00656F47"/>
    <w:rsid w:val="00714082"/>
    <w:rsid w:val="0071782C"/>
    <w:rsid w:val="007227A0"/>
    <w:rsid w:val="007630A5"/>
    <w:rsid w:val="007730C3"/>
    <w:rsid w:val="007A0CC5"/>
    <w:rsid w:val="007A112B"/>
    <w:rsid w:val="007B06BF"/>
    <w:rsid w:val="008419DA"/>
    <w:rsid w:val="00850E0D"/>
    <w:rsid w:val="008B788B"/>
    <w:rsid w:val="008D5869"/>
    <w:rsid w:val="00943ED2"/>
    <w:rsid w:val="0099547B"/>
    <w:rsid w:val="00A16361"/>
    <w:rsid w:val="00A53892"/>
    <w:rsid w:val="00AA1D8D"/>
    <w:rsid w:val="00B47730"/>
    <w:rsid w:val="00B50763"/>
    <w:rsid w:val="00BB7E6B"/>
    <w:rsid w:val="00C00033"/>
    <w:rsid w:val="00C03125"/>
    <w:rsid w:val="00C30207"/>
    <w:rsid w:val="00C550C8"/>
    <w:rsid w:val="00C73523"/>
    <w:rsid w:val="00C80A75"/>
    <w:rsid w:val="00CB0664"/>
    <w:rsid w:val="00CB177C"/>
    <w:rsid w:val="00D55FA5"/>
    <w:rsid w:val="00D87EA5"/>
    <w:rsid w:val="00D936C3"/>
    <w:rsid w:val="00DA32A4"/>
    <w:rsid w:val="00DD7F1B"/>
    <w:rsid w:val="00EE44FA"/>
    <w:rsid w:val="00EF7D79"/>
    <w:rsid w:val="00F14D37"/>
    <w:rsid w:val="00F225D0"/>
    <w:rsid w:val="00FC67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BBC49F"/>
  <w14:defaultImageDpi w14:val="300"/>
  <w15:docId w15:val="{6D94F3DA-C140-430B-AAD2-52AF73ED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A32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 Jude's Anglican Church</cp:lastModifiedBy>
  <cp:revision>47</cp:revision>
  <cp:lastPrinted>2026-09-23T02:37:00Z</cp:lastPrinted>
  <dcterms:created xsi:type="dcterms:W3CDTF">2025-12-24T01:28:00Z</dcterms:created>
  <dcterms:modified xsi:type="dcterms:W3CDTF">2026-09-23T02:38:00Z</dcterms:modified>
  <cp:category/>
</cp:coreProperties>
</file>