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DA8D5" w14:textId="055304D1" w:rsidR="009F177D" w:rsidRPr="00930DA2" w:rsidRDefault="00783969" w:rsidP="00DB1987">
      <w:pPr>
        <w:spacing w:after="0"/>
        <w:jc w:val="center"/>
        <w:rPr>
          <w:rFonts w:ascii="Calibri" w:hAnsi="Calibri" w:cs="Calibri"/>
          <w:b/>
          <w:sz w:val="30"/>
          <w:szCs w:val="30"/>
        </w:rPr>
      </w:pPr>
      <w:r>
        <w:rPr>
          <w:rFonts w:asciiTheme="majorHAnsi" w:hAnsiTheme="majorHAnsi" w:cstheme="majorHAnsi"/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F54CCE3" wp14:editId="51463D47">
            <wp:simplePos x="0" y="0"/>
            <wp:positionH relativeFrom="column">
              <wp:posOffset>361950</wp:posOffset>
            </wp:positionH>
            <wp:positionV relativeFrom="paragraph">
              <wp:posOffset>14605</wp:posOffset>
            </wp:positionV>
            <wp:extent cx="803910" cy="990600"/>
            <wp:effectExtent l="0" t="0" r="0" b="0"/>
            <wp:wrapSquare wrapText="bothSides"/>
            <wp:docPr id="1567459684" name="Picture 1" descr="A shield with a ship and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59684" name="Picture 1" descr="A shield with a ship and flag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12159" w14:textId="2F078220" w:rsidR="00027C49" w:rsidRPr="003B70BE" w:rsidRDefault="00F561B8" w:rsidP="00027C49">
      <w:pPr>
        <w:spacing w:after="0"/>
        <w:jc w:val="center"/>
        <w:rPr>
          <w:rFonts w:asciiTheme="majorHAnsi" w:hAnsiTheme="majorHAnsi" w:cstheme="majorHAnsi"/>
          <w:b/>
          <w:sz w:val="48"/>
          <w:szCs w:val="48"/>
        </w:rPr>
      </w:pPr>
      <w:r>
        <w:rPr>
          <w:rFonts w:asciiTheme="majorHAnsi" w:hAnsiTheme="majorHAnsi" w:cstheme="majorHAnsi"/>
          <w:b/>
          <w:sz w:val="48"/>
          <w:szCs w:val="48"/>
        </w:rPr>
        <w:t>9.30</w:t>
      </w:r>
      <w:r w:rsidR="00027C49" w:rsidRPr="003B70BE">
        <w:rPr>
          <w:rFonts w:asciiTheme="majorHAnsi" w:hAnsiTheme="majorHAnsi" w:cstheme="majorHAnsi"/>
          <w:b/>
          <w:sz w:val="48"/>
          <w:szCs w:val="48"/>
        </w:rPr>
        <w:t xml:space="preserve">am Morning Tea Roster </w:t>
      </w:r>
    </w:p>
    <w:p w14:paraId="2A79022A" w14:textId="77777777" w:rsidR="00027C49" w:rsidRPr="003B70BE" w:rsidRDefault="00027C49" w:rsidP="00027C49">
      <w:pPr>
        <w:spacing w:after="0"/>
        <w:jc w:val="center"/>
        <w:rPr>
          <w:rFonts w:asciiTheme="majorHAnsi" w:hAnsiTheme="majorHAnsi" w:cstheme="majorHAnsi"/>
          <w:b/>
          <w:sz w:val="48"/>
          <w:szCs w:val="48"/>
        </w:rPr>
      </w:pPr>
      <w:r w:rsidRPr="003B70BE">
        <w:rPr>
          <w:rFonts w:asciiTheme="majorHAnsi" w:hAnsiTheme="majorHAnsi" w:cstheme="majorHAnsi"/>
          <w:b/>
          <w:sz w:val="48"/>
          <w:szCs w:val="48"/>
        </w:rPr>
        <w:t>October – December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5528"/>
        <w:gridCol w:w="2129"/>
      </w:tblGrid>
      <w:tr w:rsidR="00EF209E" w:rsidRPr="00590638" w14:paraId="18EF92E7" w14:textId="77777777" w:rsidTr="00CA6F02">
        <w:trPr>
          <w:trHeight w:val="397"/>
          <w:jc w:val="center"/>
        </w:trPr>
        <w:tc>
          <w:tcPr>
            <w:tcW w:w="2122" w:type="dxa"/>
          </w:tcPr>
          <w:p w14:paraId="53B23559" w14:textId="77777777" w:rsidR="00EF209E" w:rsidRPr="00590638" w:rsidRDefault="00EF209E" w:rsidP="00E77E7C">
            <w:pPr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 w:rsidRPr="00590638">
              <w:rPr>
                <w:rFonts w:ascii="Calibri" w:hAnsi="Calibri" w:cs="Calibri"/>
                <w:b/>
                <w:bCs/>
                <w:sz w:val="30"/>
                <w:szCs w:val="30"/>
              </w:rPr>
              <w:t>Date</w:t>
            </w:r>
          </w:p>
        </w:tc>
        <w:tc>
          <w:tcPr>
            <w:tcW w:w="5528" w:type="dxa"/>
          </w:tcPr>
          <w:p w14:paraId="76B58566" w14:textId="77777777" w:rsidR="00EF209E" w:rsidRPr="00590638" w:rsidRDefault="00EF209E" w:rsidP="00E77E7C">
            <w:pPr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 w:rsidRPr="00590638">
              <w:rPr>
                <w:rFonts w:ascii="Calibri" w:hAnsi="Calibri" w:cs="Calibri"/>
                <w:b/>
                <w:bCs/>
                <w:sz w:val="30"/>
                <w:szCs w:val="30"/>
              </w:rPr>
              <w:t>Volunteers</w:t>
            </w:r>
          </w:p>
        </w:tc>
        <w:tc>
          <w:tcPr>
            <w:tcW w:w="2129" w:type="dxa"/>
          </w:tcPr>
          <w:p w14:paraId="2CCB93BD" w14:textId="77777777" w:rsidR="00EF209E" w:rsidRPr="00590638" w:rsidRDefault="00EF209E" w:rsidP="00E77E7C">
            <w:pPr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 w:rsidRPr="00590638">
              <w:rPr>
                <w:rFonts w:ascii="Calibri" w:hAnsi="Calibri" w:cs="Calibri"/>
                <w:b/>
                <w:bCs/>
                <w:sz w:val="30"/>
                <w:szCs w:val="30"/>
              </w:rPr>
              <w:t>Notes</w:t>
            </w:r>
          </w:p>
        </w:tc>
      </w:tr>
      <w:tr w:rsidR="003044CD" w:rsidRPr="00590638" w14:paraId="5B3D7F3F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39E36835" w14:textId="6DE05C52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04 Oct 2026</w:t>
            </w:r>
          </w:p>
        </w:tc>
        <w:tc>
          <w:tcPr>
            <w:tcW w:w="5528" w:type="dxa"/>
            <w:vAlign w:val="center"/>
          </w:tcPr>
          <w:p w14:paraId="64218D3F" w14:textId="41BF9DD9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Ellie Gharib, Pam Patritti, Didy Button, Heather Wagner</w:t>
            </w:r>
          </w:p>
        </w:tc>
        <w:tc>
          <w:tcPr>
            <w:tcW w:w="2129" w:type="dxa"/>
            <w:vAlign w:val="center"/>
          </w:tcPr>
          <w:p w14:paraId="76349B7A" w14:textId="2182A101" w:rsidR="003044CD" w:rsidRPr="00590638" w:rsidRDefault="006965D7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St Francis Day</w:t>
            </w:r>
          </w:p>
        </w:tc>
      </w:tr>
      <w:tr w:rsidR="003044CD" w:rsidRPr="00590638" w14:paraId="490FA9BF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61476B54" w14:textId="0C320C1B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11 Oct 2026</w:t>
            </w:r>
          </w:p>
        </w:tc>
        <w:tc>
          <w:tcPr>
            <w:tcW w:w="5528" w:type="dxa"/>
            <w:vAlign w:val="center"/>
          </w:tcPr>
          <w:p w14:paraId="0BED4E62" w14:textId="6818C0E5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Inara Powell &amp; Nola Goldsmith</w:t>
            </w:r>
          </w:p>
        </w:tc>
        <w:tc>
          <w:tcPr>
            <w:tcW w:w="2129" w:type="dxa"/>
            <w:vAlign w:val="center"/>
          </w:tcPr>
          <w:p w14:paraId="29E4C96A" w14:textId="77777777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24B8B5DE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78EFCDBD" w14:textId="3F5C4593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18 Oct 2026</w:t>
            </w:r>
          </w:p>
        </w:tc>
        <w:tc>
          <w:tcPr>
            <w:tcW w:w="5528" w:type="dxa"/>
            <w:vAlign w:val="center"/>
          </w:tcPr>
          <w:p w14:paraId="22B4C532" w14:textId="7DECC1CB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Susann &amp; Christer Svensson</w:t>
            </w:r>
          </w:p>
        </w:tc>
        <w:tc>
          <w:tcPr>
            <w:tcW w:w="2129" w:type="dxa"/>
            <w:vAlign w:val="center"/>
          </w:tcPr>
          <w:p w14:paraId="0BFDDA9F" w14:textId="77777777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418538E5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5D25D0A6" w14:textId="16280DC8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25 Oct 2026</w:t>
            </w:r>
          </w:p>
        </w:tc>
        <w:tc>
          <w:tcPr>
            <w:tcW w:w="5528" w:type="dxa"/>
            <w:vAlign w:val="center"/>
          </w:tcPr>
          <w:p w14:paraId="0EC269B1" w14:textId="7D24ECFB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Rosey Neeves, Didy Button, Inara Powell, Nola Goldsmith</w:t>
            </w:r>
          </w:p>
        </w:tc>
        <w:tc>
          <w:tcPr>
            <w:tcW w:w="2129" w:type="dxa"/>
            <w:vAlign w:val="center"/>
          </w:tcPr>
          <w:p w14:paraId="535D68AB" w14:textId="1DB79DE9" w:rsidR="003044CD" w:rsidRPr="00590638" w:rsidRDefault="000C2662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St Jude’s Day</w:t>
            </w:r>
          </w:p>
        </w:tc>
      </w:tr>
      <w:tr w:rsidR="003044CD" w:rsidRPr="00590638" w14:paraId="636356E2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2EE47BB0" w14:textId="38FAECB1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01 Nov 2026</w:t>
            </w:r>
          </w:p>
        </w:tc>
        <w:tc>
          <w:tcPr>
            <w:tcW w:w="5528" w:type="dxa"/>
            <w:vAlign w:val="center"/>
          </w:tcPr>
          <w:p w14:paraId="0E69E841" w14:textId="5DF70FC1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Ellie Gharib &amp; Pam Patritti</w:t>
            </w:r>
          </w:p>
        </w:tc>
        <w:tc>
          <w:tcPr>
            <w:tcW w:w="2129" w:type="dxa"/>
            <w:vAlign w:val="center"/>
          </w:tcPr>
          <w:p w14:paraId="0FFFCCE0" w14:textId="77777777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471E32AC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75090E11" w14:textId="0CCBE1BE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08 Nov 2026</w:t>
            </w:r>
          </w:p>
        </w:tc>
        <w:tc>
          <w:tcPr>
            <w:tcW w:w="5528" w:type="dxa"/>
            <w:vAlign w:val="center"/>
          </w:tcPr>
          <w:p w14:paraId="776D8694" w14:textId="09207EE5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Heather Felgate &amp; Heather Wagner</w:t>
            </w:r>
          </w:p>
        </w:tc>
        <w:tc>
          <w:tcPr>
            <w:tcW w:w="2129" w:type="dxa"/>
            <w:vAlign w:val="center"/>
          </w:tcPr>
          <w:p w14:paraId="3FD0C4E4" w14:textId="77777777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396CF1A8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6C8AD423" w14:textId="2075871F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15 Nov 2026</w:t>
            </w:r>
          </w:p>
        </w:tc>
        <w:tc>
          <w:tcPr>
            <w:tcW w:w="5528" w:type="dxa"/>
            <w:vAlign w:val="center"/>
          </w:tcPr>
          <w:p w14:paraId="24F932E2" w14:textId="001E7CD1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Susann &amp; Christer Svensson</w:t>
            </w:r>
          </w:p>
        </w:tc>
        <w:tc>
          <w:tcPr>
            <w:tcW w:w="2129" w:type="dxa"/>
            <w:vAlign w:val="center"/>
          </w:tcPr>
          <w:p w14:paraId="0721DECC" w14:textId="77777777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3BAE231F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237F80B1" w14:textId="1E3CC626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22 Nov 2026</w:t>
            </w:r>
          </w:p>
        </w:tc>
        <w:tc>
          <w:tcPr>
            <w:tcW w:w="5528" w:type="dxa"/>
            <w:vAlign w:val="center"/>
          </w:tcPr>
          <w:p w14:paraId="6D78C4CA" w14:textId="03A3AC12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Rosey Neeves &amp; Didy Button</w:t>
            </w:r>
          </w:p>
        </w:tc>
        <w:tc>
          <w:tcPr>
            <w:tcW w:w="2129" w:type="dxa"/>
            <w:vAlign w:val="center"/>
          </w:tcPr>
          <w:p w14:paraId="4D2265F4" w14:textId="535A68A3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3F7D0AC1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2286422B" w14:textId="3EC03FB2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29 Nov 2026</w:t>
            </w:r>
          </w:p>
        </w:tc>
        <w:tc>
          <w:tcPr>
            <w:tcW w:w="5528" w:type="dxa"/>
            <w:vAlign w:val="center"/>
          </w:tcPr>
          <w:p w14:paraId="13A5204C" w14:textId="07D1EE33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Inara Powell &amp; Nola Goldsmith</w:t>
            </w:r>
          </w:p>
        </w:tc>
        <w:tc>
          <w:tcPr>
            <w:tcW w:w="2129" w:type="dxa"/>
            <w:vAlign w:val="center"/>
          </w:tcPr>
          <w:p w14:paraId="40D4D1AF" w14:textId="77777777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0580642A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3B126255" w14:textId="27C8DC85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06 Dec 2026</w:t>
            </w:r>
          </w:p>
        </w:tc>
        <w:tc>
          <w:tcPr>
            <w:tcW w:w="5528" w:type="dxa"/>
            <w:vAlign w:val="center"/>
          </w:tcPr>
          <w:p w14:paraId="4B533703" w14:textId="7EE8F2E8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Ellie Gharib &amp; Pam Patritti</w:t>
            </w:r>
          </w:p>
        </w:tc>
        <w:tc>
          <w:tcPr>
            <w:tcW w:w="2129" w:type="dxa"/>
            <w:vAlign w:val="center"/>
          </w:tcPr>
          <w:p w14:paraId="527249A7" w14:textId="77777777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70EF5756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298F403A" w14:textId="3FA3227C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13 Dec 2026</w:t>
            </w:r>
          </w:p>
        </w:tc>
        <w:tc>
          <w:tcPr>
            <w:tcW w:w="5528" w:type="dxa"/>
            <w:vAlign w:val="center"/>
          </w:tcPr>
          <w:p w14:paraId="779FC7E9" w14:textId="648524FD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Heather Felgate &amp; Heather Wagner</w:t>
            </w:r>
          </w:p>
        </w:tc>
        <w:tc>
          <w:tcPr>
            <w:tcW w:w="2129" w:type="dxa"/>
            <w:vAlign w:val="center"/>
          </w:tcPr>
          <w:p w14:paraId="47C5237D" w14:textId="77777777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74E8A556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28F671C9" w14:textId="1D97C529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20 Dec 2026</w:t>
            </w:r>
          </w:p>
        </w:tc>
        <w:tc>
          <w:tcPr>
            <w:tcW w:w="5528" w:type="dxa"/>
            <w:vAlign w:val="center"/>
          </w:tcPr>
          <w:p w14:paraId="1177E318" w14:textId="02DD1953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Susann &amp; Christer Svensson</w:t>
            </w:r>
          </w:p>
        </w:tc>
        <w:tc>
          <w:tcPr>
            <w:tcW w:w="2129" w:type="dxa"/>
            <w:vAlign w:val="center"/>
          </w:tcPr>
          <w:p w14:paraId="3F4FD69A" w14:textId="77777777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044CD" w:rsidRPr="00590638" w14:paraId="2AFE1337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1C1BDAD1" w14:textId="4DAC2B03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25 Dec 2026</w:t>
            </w:r>
          </w:p>
        </w:tc>
        <w:tc>
          <w:tcPr>
            <w:tcW w:w="5528" w:type="dxa"/>
            <w:vAlign w:val="center"/>
          </w:tcPr>
          <w:p w14:paraId="73A64017" w14:textId="1481E36A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Rosey Neeves, Heather Felgate, Inara Powell, Nola Goldsmith</w:t>
            </w:r>
          </w:p>
        </w:tc>
        <w:tc>
          <w:tcPr>
            <w:tcW w:w="2129" w:type="dxa"/>
            <w:vAlign w:val="center"/>
          </w:tcPr>
          <w:p w14:paraId="4BF5AD16" w14:textId="5D2B04B1" w:rsidR="003044CD" w:rsidRPr="00590638" w:rsidRDefault="003044CD" w:rsidP="003044CD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 xml:space="preserve">Christmas Day </w:t>
            </w:r>
          </w:p>
        </w:tc>
      </w:tr>
      <w:tr w:rsidR="00590638" w:rsidRPr="00590638" w14:paraId="5C48692F" w14:textId="77777777" w:rsidTr="008C4B55">
        <w:trPr>
          <w:trHeight w:val="397"/>
          <w:jc w:val="center"/>
        </w:trPr>
        <w:tc>
          <w:tcPr>
            <w:tcW w:w="2122" w:type="dxa"/>
            <w:vAlign w:val="center"/>
          </w:tcPr>
          <w:p w14:paraId="4430E638" w14:textId="3114C198" w:rsidR="00590638" w:rsidRPr="00590638" w:rsidRDefault="00590638" w:rsidP="00590638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27 Dec 2026</w:t>
            </w:r>
          </w:p>
        </w:tc>
        <w:tc>
          <w:tcPr>
            <w:tcW w:w="5528" w:type="dxa"/>
            <w:vAlign w:val="center"/>
          </w:tcPr>
          <w:p w14:paraId="22FCD421" w14:textId="0453A4BC" w:rsidR="00590638" w:rsidRPr="00590638" w:rsidRDefault="00590638" w:rsidP="00590638">
            <w:pPr>
              <w:rPr>
                <w:rFonts w:ascii="Calibri" w:hAnsi="Calibri" w:cs="Calibri"/>
                <w:sz w:val="30"/>
                <w:szCs w:val="30"/>
              </w:rPr>
            </w:pPr>
            <w:r w:rsidRPr="00590638">
              <w:rPr>
                <w:rFonts w:ascii="Calibri" w:hAnsi="Calibri" w:cs="Calibri"/>
                <w:sz w:val="30"/>
                <w:szCs w:val="30"/>
              </w:rPr>
              <w:t>Didy Button &amp; Heather Wagner</w:t>
            </w:r>
          </w:p>
        </w:tc>
        <w:tc>
          <w:tcPr>
            <w:tcW w:w="2129" w:type="dxa"/>
            <w:vAlign w:val="center"/>
          </w:tcPr>
          <w:p w14:paraId="5862AB09" w14:textId="77777777" w:rsidR="00590638" w:rsidRPr="00590638" w:rsidRDefault="00590638" w:rsidP="00590638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</w:tbl>
    <w:p w14:paraId="4B584D78" w14:textId="77777777" w:rsidR="00783969" w:rsidRDefault="00783969" w:rsidP="00783969">
      <w:pPr>
        <w:spacing w:after="120"/>
        <w:ind w:left="567"/>
        <w:rPr>
          <w:rFonts w:ascii="Calibri" w:hAnsi="Calibri" w:cs="Calibri"/>
          <w:b/>
          <w:sz w:val="30"/>
          <w:szCs w:val="30"/>
        </w:rPr>
      </w:pPr>
    </w:p>
    <w:p w14:paraId="17E0CB66" w14:textId="77777777" w:rsidR="00CA5515" w:rsidRPr="00930DA2" w:rsidRDefault="00CA5515">
      <w:pPr>
        <w:rPr>
          <w:rFonts w:ascii="Calibri" w:hAnsi="Calibri" w:cs="Calibri"/>
          <w:sz w:val="30"/>
          <w:szCs w:val="30"/>
        </w:rPr>
      </w:pPr>
    </w:p>
    <w:sectPr w:rsidR="00CA5515" w:rsidRPr="00930DA2" w:rsidSect="00783969">
      <w:pgSz w:w="12240" w:h="15840"/>
      <w:pgMar w:top="567" w:right="720" w:bottom="6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4458323">
    <w:abstractNumId w:val="8"/>
  </w:num>
  <w:num w:numId="2" w16cid:durableId="840509855">
    <w:abstractNumId w:val="6"/>
  </w:num>
  <w:num w:numId="3" w16cid:durableId="779957176">
    <w:abstractNumId w:val="5"/>
  </w:num>
  <w:num w:numId="4" w16cid:durableId="2065447601">
    <w:abstractNumId w:val="4"/>
  </w:num>
  <w:num w:numId="5" w16cid:durableId="2137522268">
    <w:abstractNumId w:val="7"/>
  </w:num>
  <w:num w:numId="6" w16cid:durableId="228812459">
    <w:abstractNumId w:val="3"/>
  </w:num>
  <w:num w:numId="7" w16cid:durableId="447890401">
    <w:abstractNumId w:val="2"/>
  </w:num>
  <w:num w:numId="8" w16cid:durableId="728455443">
    <w:abstractNumId w:val="1"/>
  </w:num>
  <w:num w:numId="9" w16cid:durableId="45175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C49"/>
    <w:rsid w:val="00034616"/>
    <w:rsid w:val="00054183"/>
    <w:rsid w:val="0006063C"/>
    <w:rsid w:val="00067DF8"/>
    <w:rsid w:val="000C2662"/>
    <w:rsid w:val="000E0F61"/>
    <w:rsid w:val="000F16DA"/>
    <w:rsid w:val="000F1705"/>
    <w:rsid w:val="00140147"/>
    <w:rsid w:val="0015074B"/>
    <w:rsid w:val="00162A5E"/>
    <w:rsid w:val="001A6668"/>
    <w:rsid w:val="00214960"/>
    <w:rsid w:val="0029639D"/>
    <w:rsid w:val="002F6CE2"/>
    <w:rsid w:val="003044CD"/>
    <w:rsid w:val="00326F90"/>
    <w:rsid w:val="00366807"/>
    <w:rsid w:val="003E383B"/>
    <w:rsid w:val="004C7DC9"/>
    <w:rsid w:val="00590638"/>
    <w:rsid w:val="00653976"/>
    <w:rsid w:val="006965D7"/>
    <w:rsid w:val="006C6069"/>
    <w:rsid w:val="006E5589"/>
    <w:rsid w:val="00700F53"/>
    <w:rsid w:val="00721731"/>
    <w:rsid w:val="00770729"/>
    <w:rsid w:val="00783969"/>
    <w:rsid w:val="008044F7"/>
    <w:rsid w:val="008E00B7"/>
    <w:rsid w:val="008E08E7"/>
    <w:rsid w:val="00930DA2"/>
    <w:rsid w:val="009773C1"/>
    <w:rsid w:val="0098335C"/>
    <w:rsid w:val="009F177D"/>
    <w:rsid w:val="009F268A"/>
    <w:rsid w:val="00AA1D8D"/>
    <w:rsid w:val="00B47730"/>
    <w:rsid w:val="00CA3324"/>
    <w:rsid w:val="00CA3BEF"/>
    <w:rsid w:val="00CA5515"/>
    <w:rsid w:val="00CA6F02"/>
    <w:rsid w:val="00CB0664"/>
    <w:rsid w:val="00CD08BF"/>
    <w:rsid w:val="00D279E7"/>
    <w:rsid w:val="00D644A7"/>
    <w:rsid w:val="00DB1987"/>
    <w:rsid w:val="00DF1845"/>
    <w:rsid w:val="00E121E9"/>
    <w:rsid w:val="00EC32ED"/>
    <w:rsid w:val="00EE0C3C"/>
    <w:rsid w:val="00EE5E27"/>
    <w:rsid w:val="00EF209E"/>
    <w:rsid w:val="00F561B8"/>
    <w:rsid w:val="00FC693F"/>
    <w:rsid w:val="00FD018F"/>
    <w:rsid w:val="00FD330C"/>
    <w:rsid w:val="00FD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E5CB64"/>
  <w14:defaultImageDpi w14:val="300"/>
  <w15:docId w15:val="{D231B505-18EB-4F6C-BAB0-B4AE6383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E08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 Jude's Anglican Church</cp:lastModifiedBy>
  <cp:revision>42</cp:revision>
  <cp:lastPrinted>2025-12-17T03:00:00Z</cp:lastPrinted>
  <dcterms:created xsi:type="dcterms:W3CDTF">2025-12-09T23:07:00Z</dcterms:created>
  <dcterms:modified xsi:type="dcterms:W3CDTF">2026-09-08T00:38:00Z</dcterms:modified>
  <cp:category/>
</cp:coreProperties>
</file>