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B7A93" w14:textId="69983C41" w:rsidR="00B10A90" w:rsidRPr="003E0087" w:rsidRDefault="003E0087">
      <w:pPr>
        <w:jc w:val="center"/>
        <w:rPr>
          <w:rFonts w:asciiTheme="majorHAnsi" w:hAnsiTheme="majorHAnsi" w:cstheme="majorHAnsi"/>
          <w:b/>
          <w:sz w:val="40"/>
          <w:szCs w:val="40"/>
        </w:rPr>
      </w:pPr>
      <w:r w:rsidRPr="003E0087">
        <w:rPr>
          <w:rFonts w:asciiTheme="majorHAnsi" w:hAnsiTheme="majorHAnsi" w:cstheme="majorHAnsi"/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687465A0" wp14:editId="6FA8F019">
            <wp:simplePos x="0" y="0"/>
            <wp:positionH relativeFrom="column">
              <wp:posOffset>209550</wp:posOffset>
            </wp:positionH>
            <wp:positionV relativeFrom="paragraph">
              <wp:posOffset>7620</wp:posOffset>
            </wp:positionV>
            <wp:extent cx="803910" cy="990600"/>
            <wp:effectExtent l="0" t="0" r="0" b="0"/>
            <wp:wrapSquare wrapText="bothSides"/>
            <wp:docPr id="1567459684" name="Picture 1" descr="A shield with a ship and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459684" name="Picture 1" descr="A shield with a ship and flag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391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0087">
        <w:rPr>
          <w:rFonts w:asciiTheme="majorHAnsi" w:hAnsiTheme="majorHAnsi" w:cstheme="majorHAnsi"/>
          <w:b/>
          <w:sz w:val="40"/>
          <w:szCs w:val="40"/>
        </w:rPr>
        <w:t xml:space="preserve">Community Meal Roster </w:t>
      </w:r>
      <w:r w:rsidR="00E34F0B">
        <w:rPr>
          <w:rFonts w:asciiTheme="majorHAnsi" w:hAnsiTheme="majorHAnsi" w:cstheme="majorHAnsi"/>
          <w:b/>
          <w:sz w:val="40"/>
          <w:szCs w:val="40"/>
        </w:rPr>
        <w:t xml:space="preserve">October – December </w:t>
      </w:r>
      <w:r w:rsidRPr="003E0087">
        <w:rPr>
          <w:rFonts w:asciiTheme="majorHAnsi" w:hAnsiTheme="majorHAnsi" w:cstheme="majorHAnsi"/>
          <w:b/>
          <w:sz w:val="40"/>
          <w:szCs w:val="40"/>
        </w:rPr>
        <w:t>2026</w:t>
      </w:r>
      <w:r w:rsidRPr="003E0087">
        <w:rPr>
          <w:rFonts w:asciiTheme="majorHAnsi" w:hAnsiTheme="majorHAnsi" w:cstheme="majorHAnsi"/>
          <w:b/>
          <w:sz w:val="40"/>
          <w:szCs w:val="40"/>
        </w:rPr>
        <w:br/>
        <w:t>Friday 11.30am-1.30pm</w:t>
      </w:r>
    </w:p>
    <w:p w14:paraId="6A2C732E" w14:textId="77777777" w:rsidR="000F7977" w:rsidRDefault="000F7977">
      <w:pPr>
        <w:jc w:val="center"/>
        <w:rPr>
          <w:rFonts w:asciiTheme="majorHAnsi" w:hAnsiTheme="majorHAnsi" w:cstheme="majorHAnsi"/>
          <w:b/>
          <w:sz w:val="26"/>
          <w:szCs w:val="26"/>
        </w:rPr>
      </w:pPr>
    </w:p>
    <w:p w14:paraId="5B5A97DE" w14:textId="77777777" w:rsidR="000F7977" w:rsidRPr="002B6642" w:rsidRDefault="000F7977">
      <w:pPr>
        <w:jc w:val="center"/>
        <w:rPr>
          <w:rFonts w:asciiTheme="majorHAnsi" w:hAnsiTheme="majorHAnsi" w:cstheme="majorHAnsi"/>
          <w:sz w:val="26"/>
          <w:szCs w:val="26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7"/>
        <w:gridCol w:w="8863"/>
      </w:tblGrid>
      <w:tr w:rsidR="001A0584" w:rsidRPr="001E2EDA" w14:paraId="7C5C8F30" w14:textId="77777777" w:rsidTr="00320335">
        <w:trPr>
          <w:jc w:val="center"/>
        </w:trPr>
        <w:tc>
          <w:tcPr>
            <w:tcW w:w="2047" w:type="dxa"/>
          </w:tcPr>
          <w:p w14:paraId="63DEB70C" w14:textId="77777777" w:rsidR="001A0584" w:rsidRPr="001E2EDA" w:rsidRDefault="001A0584" w:rsidP="00C504B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E2EDA">
              <w:rPr>
                <w:rFonts w:ascii="Calibri" w:hAnsi="Calibri" w:cs="Calibri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8863" w:type="dxa"/>
          </w:tcPr>
          <w:p w14:paraId="72212385" w14:textId="77777777" w:rsidR="001A0584" w:rsidRPr="001E2EDA" w:rsidRDefault="001A0584" w:rsidP="00C504B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E2EDA">
              <w:rPr>
                <w:rFonts w:ascii="Calibri" w:hAnsi="Calibri" w:cs="Calibri"/>
                <w:b/>
                <w:bCs/>
                <w:sz w:val="28"/>
                <w:szCs w:val="28"/>
              </w:rPr>
              <w:t>Volunteers</w:t>
            </w:r>
          </w:p>
        </w:tc>
      </w:tr>
      <w:tr w:rsidR="00E34F0B" w:rsidRPr="001E2EDA" w14:paraId="655F4C88" w14:textId="77777777" w:rsidTr="00BD7152">
        <w:trPr>
          <w:jc w:val="center"/>
        </w:trPr>
        <w:tc>
          <w:tcPr>
            <w:tcW w:w="2047" w:type="dxa"/>
            <w:vAlign w:val="center"/>
          </w:tcPr>
          <w:p w14:paraId="05EE179B" w14:textId="18CB76D5" w:rsidR="00E34F0B" w:rsidRPr="001E2EDA" w:rsidRDefault="00E34F0B" w:rsidP="00E34F0B">
            <w:pPr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2 Oct</w:t>
            </w:r>
          </w:p>
        </w:tc>
        <w:tc>
          <w:tcPr>
            <w:tcW w:w="8863" w:type="dxa"/>
            <w:vAlign w:val="center"/>
          </w:tcPr>
          <w:p w14:paraId="1A0C4FD5" w14:textId="509441D7" w:rsidR="00E34F0B" w:rsidRPr="00DC3B94" w:rsidRDefault="00E34F0B" w:rsidP="00E34F0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C3B94">
              <w:rPr>
                <w:rFonts w:ascii="Calibri" w:hAnsi="Calibri" w:cs="Calibri"/>
                <w:b/>
                <w:bCs/>
                <w:sz w:val="28"/>
                <w:szCs w:val="28"/>
              </w:rPr>
              <w:t>Kids (School Holidays)</w:t>
            </w:r>
          </w:p>
        </w:tc>
      </w:tr>
      <w:tr w:rsidR="00E34F0B" w:rsidRPr="001E2EDA" w14:paraId="1A53AE7C" w14:textId="77777777" w:rsidTr="00BD7152">
        <w:trPr>
          <w:jc w:val="center"/>
        </w:trPr>
        <w:tc>
          <w:tcPr>
            <w:tcW w:w="2047" w:type="dxa"/>
            <w:vAlign w:val="center"/>
          </w:tcPr>
          <w:p w14:paraId="1407F96A" w14:textId="1EB35836" w:rsidR="00E34F0B" w:rsidRPr="001E2EDA" w:rsidRDefault="00E34F0B" w:rsidP="00E34F0B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9 Oct</w:t>
            </w:r>
          </w:p>
        </w:tc>
        <w:tc>
          <w:tcPr>
            <w:tcW w:w="8863" w:type="dxa"/>
            <w:vAlign w:val="center"/>
          </w:tcPr>
          <w:p w14:paraId="10F82297" w14:textId="064F3A65" w:rsidR="00E34F0B" w:rsidRPr="00DC3B94" w:rsidRDefault="00E34F0B" w:rsidP="00E34F0B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DC3B94">
              <w:rPr>
                <w:rFonts w:ascii="Calibri" w:hAnsi="Calibri" w:cs="Calibri"/>
                <w:b/>
                <w:bCs/>
                <w:sz w:val="28"/>
                <w:szCs w:val="28"/>
              </w:rPr>
              <w:t>Kids (School Holidays)</w:t>
            </w:r>
          </w:p>
        </w:tc>
      </w:tr>
      <w:tr w:rsidR="001E2EDA" w:rsidRPr="001E2EDA" w14:paraId="6CA9ABAA" w14:textId="77777777" w:rsidTr="00BD7152">
        <w:trPr>
          <w:jc w:val="center"/>
        </w:trPr>
        <w:tc>
          <w:tcPr>
            <w:tcW w:w="2047" w:type="dxa"/>
            <w:vAlign w:val="center"/>
          </w:tcPr>
          <w:p w14:paraId="1759844B" w14:textId="195896A6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16 Oct</w:t>
            </w:r>
          </w:p>
        </w:tc>
        <w:tc>
          <w:tcPr>
            <w:tcW w:w="8863" w:type="dxa"/>
            <w:vAlign w:val="center"/>
          </w:tcPr>
          <w:p w14:paraId="60350264" w14:textId="2F77F844" w:rsidR="001E2EDA" w:rsidRPr="001E2EDA" w:rsidRDefault="001E2EDA" w:rsidP="001E2EDA">
            <w:pPr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Pam Parkin, Joanne Westbury, Rotary, Ellie Gharib</w:t>
            </w:r>
            <w:r w:rsidR="007E2267">
              <w:rPr>
                <w:rFonts w:ascii="Calibri" w:hAnsi="Calibri" w:cs="Calibri"/>
                <w:sz w:val="28"/>
                <w:szCs w:val="28"/>
              </w:rPr>
              <w:t xml:space="preserve">, </w:t>
            </w:r>
            <w:r w:rsidR="007E2267" w:rsidRPr="001E2EDA">
              <w:rPr>
                <w:rFonts w:ascii="Calibri" w:hAnsi="Calibri" w:cs="Calibri"/>
                <w:sz w:val="28"/>
                <w:szCs w:val="28"/>
              </w:rPr>
              <w:t>John Candy,</w:t>
            </w:r>
          </w:p>
        </w:tc>
      </w:tr>
      <w:tr w:rsidR="001E2EDA" w:rsidRPr="001E2EDA" w14:paraId="7FF97EB9" w14:textId="77777777" w:rsidTr="00BD7152">
        <w:trPr>
          <w:jc w:val="center"/>
        </w:trPr>
        <w:tc>
          <w:tcPr>
            <w:tcW w:w="2047" w:type="dxa"/>
            <w:vAlign w:val="center"/>
          </w:tcPr>
          <w:p w14:paraId="442B83D5" w14:textId="7EF094C3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23 Oct</w:t>
            </w:r>
          </w:p>
        </w:tc>
        <w:tc>
          <w:tcPr>
            <w:tcW w:w="8863" w:type="dxa"/>
            <w:vAlign w:val="center"/>
          </w:tcPr>
          <w:p w14:paraId="546D4B95" w14:textId="4CDEC4CE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Suhair Issa, Jackie Glover, Jenny Stewart, Inara Powell</w:t>
            </w:r>
            <w:r w:rsidR="007E2267">
              <w:rPr>
                <w:rFonts w:ascii="Calibri" w:hAnsi="Calibri" w:cs="Calibri"/>
                <w:sz w:val="28"/>
                <w:szCs w:val="28"/>
              </w:rPr>
              <w:t xml:space="preserve">, </w:t>
            </w:r>
            <w:r w:rsidR="007E2267" w:rsidRPr="001E2EDA">
              <w:rPr>
                <w:rFonts w:ascii="Calibri" w:hAnsi="Calibri" w:cs="Calibri"/>
                <w:sz w:val="28"/>
                <w:szCs w:val="28"/>
              </w:rPr>
              <w:t>Chantel Peacock</w:t>
            </w:r>
          </w:p>
        </w:tc>
      </w:tr>
      <w:tr w:rsidR="001E2EDA" w:rsidRPr="001E2EDA" w14:paraId="313F3C5F" w14:textId="77777777" w:rsidTr="00BD7152">
        <w:trPr>
          <w:jc w:val="center"/>
        </w:trPr>
        <w:tc>
          <w:tcPr>
            <w:tcW w:w="2047" w:type="dxa"/>
            <w:vAlign w:val="center"/>
          </w:tcPr>
          <w:p w14:paraId="217F791E" w14:textId="10DEE47B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30 Oct</w:t>
            </w:r>
          </w:p>
        </w:tc>
        <w:tc>
          <w:tcPr>
            <w:tcW w:w="8863" w:type="dxa"/>
            <w:vAlign w:val="center"/>
          </w:tcPr>
          <w:p w14:paraId="32563BC1" w14:textId="7CAF60FA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Pam Parkin, Joanne Westbury, Rotary, Margaret Hooper, Kath Fisher</w:t>
            </w:r>
          </w:p>
        </w:tc>
      </w:tr>
      <w:tr w:rsidR="001E2EDA" w:rsidRPr="001E2EDA" w14:paraId="0966E871" w14:textId="77777777" w:rsidTr="00BD7152">
        <w:trPr>
          <w:jc w:val="center"/>
        </w:trPr>
        <w:tc>
          <w:tcPr>
            <w:tcW w:w="2047" w:type="dxa"/>
            <w:vAlign w:val="center"/>
          </w:tcPr>
          <w:p w14:paraId="61FBD982" w14:textId="7B59FF02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6 Nov</w:t>
            </w:r>
          </w:p>
        </w:tc>
        <w:tc>
          <w:tcPr>
            <w:tcW w:w="8863" w:type="dxa"/>
            <w:vAlign w:val="center"/>
          </w:tcPr>
          <w:p w14:paraId="15D437A1" w14:textId="721727C7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John &amp; Rosey Neeves, Heather Felgate, Sage Green, Vari Booth, Pam Binks</w:t>
            </w:r>
          </w:p>
        </w:tc>
      </w:tr>
      <w:tr w:rsidR="001E2EDA" w:rsidRPr="001E2EDA" w14:paraId="61CFC35D" w14:textId="77777777" w:rsidTr="00BD7152">
        <w:trPr>
          <w:jc w:val="center"/>
        </w:trPr>
        <w:tc>
          <w:tcPr>
            <w:tcW w:w="2047" w:type="dxa"/>
            <w:vAlign w:val="center"/>
          </w:tcPr>
          <w:p w14:paraId="4BEFFF6E" w14:textId="1768BE9E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13 Nov</w:t>
            </w:r>
          </w:p>
        </w:tc>
        <w:tc>
          <w:tcPr>
            <w:tcW w:w="8863" w:type="dxa"/>
            <w:vAlign w:val="center"/>
          </w:tcPr>
          <w:p w14:paraId="51270AA2" w14:textId="55A6EB5B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Pam Parkin, Joanne Westbury, Rotary, Tineke Thurlow, Suhair Issa</w:t>
            </w:r>
          </w:p>
        </w:tc>
      </w:tr>
      <w:tr w:rsidR="001E2EDA" w:rsidRPr="001E2EDA" w14:paraId="70E82307" w14:textId="77777777" w:rsidTr="00BD7152">
        <w:trPr>
          <w:jc w:val="center"/>
        </w:trPr>
        <w:tc>
          <w:tcPr>
            <w:tcW w:w="2047" w:type="dxa"/>
            <w:vAlign w:val="center"/>
          </w:tcPr>
          <w:p w14:paraId="7A86B0CE" w14:textId="344506E6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20 Nov</w:t>
            </w:r>
          </w:p>
        </w:tc>
        <w:tc>
          <w:tcPr>
            <w:tcW w:w="8863" w:type="dxa"/>
            <w:vAlign w:val="center"/>
          </w:tcPr>
          <w:p w14:paraId="1C39CFDD" w14:textId="789C3243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Tim &amp; Julia Butler, Judy Vowles, Jenny Stewart, John Candy, Chantel Peacock</w:t>
            </w:r>
          </w:p>
        </w:tc>
      </w:tr>
      <w:tr w:rsidR="001E2EDA" w:rsidRPr="001E2EDA" w14:paraId="139AFD12" w14:textId="77777777" w:rsidTr="00BD7152">
        <w:trPr>
          <w:jc w:val="center"/>
        </w:trPr>
        <w:tc>
          <w:tcPr>
            <w:tcW w:w="2047" w:type="dxa"/>
            <w:vAlign w:val="center"/>
          </w:tcPr>
          <w:p w14:paraId="1494CA44" w14:textId="2BB27679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27 Nov</w:t>
            </w:r>
          </w:p>
        </w:tc>
        <w:tc>
          <w:tcPr>
            <w:tcW w:w="8863" w:type="dxa"/>
            <w:vAlign w:val="center"/>
          </w:tcPr>
          <w:p w14:paraId="2B205CF5" w14:textId="28641EDC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Pam Parkin, Joanne Westbury, Rotary, Ellie Gharib, Sage Green</w:t>
            </w:r>
          </w:p>
        </w:tc>
      </w:tr>
      <w:tr w:rsidR="001E2EDA" w:rsidRPr="001E2EDA" w14:paraId="5DA9DC6D" w14:textId="77777777" w:rsidTr="00BD7152">
        <w:trPr>
          <w:jc w:val="center"/>
        </w:trPr>
        <w:tc>
          <w:tcPr>
            <w:tcW w:w="2047" w:type="dxa"/>
            <w:vAlign w:val="center"/>
          </w:tcPr>
          <w:p w14:paraId="3BEB5BC1" w14:textId="4AD002ED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4 Dec</w:t>
            </w:r>
          </w:p>
        </w:tc>
        <w:tc>
          <w:tcPr>
            <w:tcW w:w="8863" w:type="dxa"/>
            <w:vAlign w:val="center"/>
          </w:tcPr>
          <w:p w14:paraId="4F2BC824" w14:textId="75706E76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Jeremy &amp; Louise Zieseniss, Sage Green, Heather Felgate, Kath Fisher, Inara Powell</w:t>
            </w:r>
          </w:p>
        </w:tc>
      </w:tr>
      <w:tr w:rsidR="001E2EDA" w:rsidRPr="001E2EDA" w14:paraId="70DB79CD" w14:textId="77777777" w:rsidTr="00BD7152">
        <w:trPr>
          <w:jc w:val="center"/>
        </w:trPr>
        <w:tc>
          <w:tcPr>
            <w:tcW w:w="2047" w:type="dxa"/>
            <w:vAlign w:val="center"/>
          </w:tcPr>
          <w:p w14:paraId="587A2926" w14:textId="4A8082BC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11 Dec</w:t>
            </w:r>
          </w:p>
        </w:tc>
        <w:tc>
          <w:tcPr>
            <w:tcW w:w="8863" w:type="dxa"/>
            <w:vAlign w:val="center"/>
          </w:tcPr>
          <w:p w14:paraId="618971B1" w14:textId="6EB7399F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Pam Parkin, Joanne Westbury, Rotary, Tineke Thurlow, Suhair Issa</w:t>
            </w:r>
          </w:p>
        </w:tc>
      </w:tr>
      <w:tr w:rsidR="001E2EDA" w:rsidRPr="001E2EDA" w14:paraId="49CA4F71" w14:textId="77777777" w:rsidTr="00BD7152">
        <w:trPr>
          <w:jc w:val="center"/>
        </w:trPr>
        <w:tc>
          <w:tcPr>
            <w:tcW w:w="2047" w:type="dxa"/>
            <w:vAlign w:val="center"/>
          </w:tcPr>
          <w:p w14:paraId="2EDC99E5" w14:textId="294DF80C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18 Dec</w:t>
            </w:r>
          </w:p>
        </w:tc>
        <w:tc>
          <w:tcPr>
            <w:tcW w:w="8863" w:type="dxa"/>
            <w:vAlign w:val="center"/>
          </w:tcPr>
          <w:p w14:paraId="6008B9BC" w14:textId="206372D5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Fonts w:ascii="Calibri" w:hAnsi="Calibri" w:cs="Calibri"/>
                <w:sz w:val="28"/>
                <w:szCs w:val="28"/>
              </w:rPr>
              <w:t>John &amp; Rosey Neeves, Judy Vowles, Jackie Glover, Margaret Hooper, Sage Green</w:t>
            </w:r>
          </w:p>
        </w:tc>
      </w:tr>
      <w:tr w:rsidR="001E2EDA" w:rsidRPr="001E2EDA" w14:paraId="24F5A23C" w14:textId="77777777" w:rsidTr="00BD7152">
        <w:trPr>
          <w:jc w:val="center"/>
        </w:trPr>
        <w:tc>
          <w:tcPr>
            <w:tcW w:w="2047" w:type="dxa"/>
            <w:vAlign w:val="center"/>
          </w:tcPr>
          <w:p w14:paraId="71567C56" w14:textId="059BF71E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25 Dec</w:t>
            </w:r>
          </w:p>
        </w:tc>
        <w:tc>
          <w:tcPr>
            <w:tcW w:w="8863" w:type="dxa"/>
            <w:vAlign w:val="center"/>
          </w:tcPr>
          <w:p w14:paraId="1DECEABA" w14:textId="51D8C197" w:rsidR="001E2EDA" w:rsidRPr="001E2EDA" w:rsidRDefault="001E2EDA" w:rsidP="001E2EDA">
            <w:pPr>
              <w:rPr>
                <w:rFonts w:ascii="Calibri" w:hAnsi="Calibri" w:cs="Calibri"/>
                <w:sz w:val="28"/>
                <w:szCs w:val="28"/>
              </w:rPr>
            </w:pPr>
            <w:r w:rsidRPr="001E2EDA">
              <w:rPr>
                <w:rStyle w:val="Strong"/>
                <w:rFonts w:ascii="Calibri" w:hAnsi="Calibri" w:cs="Calibri"/>
                <w:sz w:val="28"/>
                <w:szCs w:val="28"/>
              </w:rPr>
              <w:t>Christmas Day – Volunteers TBC</w:t>
            </w:r>
          </w:p>
        </w:tc>
      </w:tr>
    </w:tbl>
    <w:p w14:paraId="611630D8" w14:textId="2C9CF727" w:rsidR="00E42355" w:rsidRPr="002B6642" w:rsidRDefault="00941B38" w:rsidP="0054790F">
      <w:pPr>
        <w:rPr>
          <w:rFonts w:asciiTheme="majorHAnsi" w:hAnsiTheme="majorHAnsi" w:cstheme="majorHAnsi"/>
          <w:sz w:val="26"/>
          <w:szCs w:val="26"/>
        </w:rPr>
      </w:pPr>
      <w:r w:rsidRPr="002B6642">
        <w:rPr>
          <w:rFonts w:asciiTheme="majorHAnsi" w:hAnsiTheme="majorHAnsi" w:cstheme="majorHAnsi"/>
          <w:sz w:val="26"/>
          <w:szCs w:val="26"/>
        </w:rPr>
        <w:br/>
      </w:r>
    </w:p>
    <w:sectPr w:rsidR="00E42355" w:rsidRPr="002B6642" w:rsidSect="000F79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6583413">
    <w:abstractNumId w:val="8"/>
  </w:num>
  <w:num w:numId="2" w16cid:durableId="924537004">
    <w:abstractNumId w:val="6"/>
  </w:num>
  <w:num w:numId="3" w16cid:durableId="990865518">
    <w:abstractNumId w:val="5"/>
  </w:num>
  <w:num w:numId="4" w16cid:durableId="1277253826">
    <w:abstractNumId w:val="4"/>
  </w:num>
  <w:num w:numId="5" w16cid:durableId="643780823">
    <w:abstractNumId w:val="7"/>
  </w:num>
  <w:num w:numId="6" w16cid:durableId="1150943727">
    <w:abstractNumId w:val="3"/>
  </w:num>
  <w:num w:numId="7" w16cid:durableId="1841579800">
    <w:abstractNumId w:val="2"/>
  </w:num>
  <w:num w:numId="8" w16cid:durableId="203759142">
    <w:abstractNumId w:val="1"/>
  </w:num>
  <w:num w:numId="9" w16cid:durableId="634717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1B9"/>
    <w:rsid w:val="00034616"/>
    <w:rsid w:val="00037A3E"/>
    <w:rsid w:val="0006063C"/>
    <w:rsid w:val="0008459B"/>
    <w:rsid w:val="000F7977"/>
    <w:rsid w:val="0015074B"/>
    <w:rsid w:val="001A0584"/>
    <w:rsid w:val="001A1749"/>
    <w:rsid w:val="001E0C29"/>
    <w:rsid w:val="001E2EDA"/>
    <w:rsid w:val="002302AA"/>
    <w:rsid w:val="00254CCD"/>
    <w:rsid w:val="00262583"/>
    <w:rsid w:val="00286956"/>
    <w:rsid w:val="0029240D"/>
    <w:rsid w:val="0029639D"/>
    <w:rsid w:val="002A2C45"/>
    <w:rsid w:val="002B6642"/>
    <w:rsid w:val="00320335"/>
    <w:rsid w:val="00326F90"/>
    <w:rsid w:val="00343955"/>
    <w:rsid w:val="003E0087"/>
    <w:rsid w:val="00452DE5"/>
    <w:rsid w:val="004C12C8"/>
    <w:rsid w:val="00522CC9"/>
    <w:rsid w:val="0054790F"/>
    <w:rsid w:val="0055047F"/>
    <w:rsid w:val="0057412C"/>
    <w:rsid w:val="005E588F"/>
    <w:rsid w:val="006A29C2"/>
    <w:rsid w:val="006A51C4"/>
    <w:rsid w:val="00784C8C"/>
    <w:rsid w:val="007E2267"/>
    <w:rsid w:val="007E3FBD"/>
    <w:rsid w:val="00806BE2"/>
    <w:rsid w:val="00824C4D"/>
    <w:rsid w:val="008B3BC3"/>
    <w:rsid w:val="008D5869"/>
    <w:rsid w:val="008E5725"/>
    <w:rsid w:val="00A649FF"/>
    <w:rsid w:val="00A77144"/>
    <w:rsid w:val="00AA1D8D"/>
    <w:rsid w:val="00B10A90"/>
    <w:rsid w:val="00B113F6"/>
    <w:rsid w:val="00B14785"/>
    <w:rsid w:val="00B4085E"/>
    <w:rsid w:val="00B46D0B"/>
    <w:rsid w:val="00B47730"/>
    <w:rsid w:val="00B752A6"/>
    <w:rsid w:val="00B766AA"/>
    <w:rsid w:val="00C00EEA"/>
    <w:rsid w:val="00C42EF1"/>
    <w:rsid w:val="00C53C35"/>
    <w:rsid w:val="00CB0664"/>
    <w:rsid w:val="00D22B7B"/>
    <w:rsid w:val="00D508DE"/>
    <w:rsid w:val="00D71BAA"/>
    <w:rsid w:val="00D848F1"/>
    <w:rsid w:val="00DC3B94"/>
    <w:rsid w:val="00E34F0B"/>
    <w:rsid w:val="00E42355"/>
    <w:rsid w:val="00EE3519"/>
    <w:rsid w:val="00F03DE3"/>
    <w:rsid w:val="00F04F9C"/>
    <w:rsid w:val="00F07858"/>
    <w:rsid w:val="00F45447"/>
    <w:rsid w:val="00F85878"/>
    <w:rsid w:val="00FB2E9A"/>
    <w:rsid w:val="00FC241B"/>
    <w:rsid w:val="00FC53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EC2A77"/>
  <w14:defaultImageDpi w14:val="300"/>
  <w15:docId w15:val="{9562312F-A89D-420F-8279-9A0B4541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423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 Jude's Anglican Church</cp:lastModifiedBy>
  <cp:revision>47</cp:revision>
  <cp:lastPrinted>2026-06-05T01:44:00Z</cp:lastPrinted>
  <dcterms:created xsi:type="dcterms:W3CDTF">2025-12-19T01:51:00Z</dcterms:created>
  <dcterms:modified xsi:type="dcterms:W3CDTF">2026-09-11T01:33:00Z</dcterms:modified>
  <cp:category/>
</cp:coreProperties>
</file>