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B90CA" w14:textId="3D65F1A3" w:rsidR="00E768F0" w:rsidRDefault="00E768F0" w:rsidP="00E768F0">
      <w:pPr>
        <w:spacing w:after="0"/>
        <w:jc w:val="center"/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A07ED5A" wp14:editId="267E27CA">
            <wp:simplePos x="0" y="0"/>
            <wp:positionH relativeFrom="column">
              <wp:posOffset>95250</wp:posOffset>
            </wp:positionH>
            <wp:positionV relativeFrom="paragraph">
              <wp:posOffset>13970</wp:posOffset>
            </wp:positionV>
            <wp:extent cx="803910" cy="990600"/>
            <wp:effectExtent l="0" t="0" r="0" b="0"/>
            <wp:wrapSquare wrapText="bothSides"/>
            <wp:docPr id="1567459684" name="Picture 1" descr="A shield with a ship and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59684" name="Picture 1" descr="A shield with a ship and flag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3A230" w14:textId="38D2BA19" w:rsidR="00F0431F" w:rsidRDefault="00BD29B1" w:rsidP="00E768F0">
      <w:pPr>
        <w:spacing w:after="0"/>
        <w:jc w:val="center"/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 xml:space="preserve">8.00am </w:t>
      </w:r>
      <w:r w:rsidRPr="00314972">
        <w:rPr>
          <w:rFonts w:asciiTheme="majorHAnsi" w:hAnsiTheme="majorHAnsi" w:cstheme="majorHAnsi"/>
          <w:b/>
          <w:sz w:val="40"/>
          <w:szCs w:val="40"/>
        </w:rPr>
        <w:t>Morning Tea Roster</w:t>
      </w:r>
      <w:r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="00D20B12">
        <w:rPr>
          <w:rFonts w:asciiTheme="majorHAnsi" w:hAnsiTheme="majorHAnsi" w:cstheme="majorHAnsi"/>
          <w:b/>
          <w:sz w:val="40"/>
          <w:szCs w:val="40"/>
        </w:rPr>
        <w:t xml:space="preserve">July- September </w:t>
      </w:r>
      <w:r w:rsidRPr="00314972">
        <w:rPr>
          <w:rFonts w:asciiTheme="majorHAnsi" w:hAnsiTheme="majorHAnsi" w:cstheme="majorHAnsi"/>
          <w:b/>
          <w:sz w:val="40"/>
          <w:szCs w:val="40"/>
        </w:rPr>
        <w:t>2026</w:t>
      </w:r>
    </w:p>
    <w:p w14:paraId="5EECE043" w14:textId="77777777" w:rsidR="00BD29B1" w:rsidRDefault="00BD29B1" w:rsidP="00BD29B1">
      <w:pPr>
        <w:spacing w:after="0"/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66AE8FCC" w14:textId="77777777" w:rsidR="00BD29B1" w:rsidRPr="00BD29B1" w:rsidRDefault="00BD29B1" w:rsidP="00BD29B1">
      <w:pPr>
        <w:spacing w:after="0"/>
        <w:jc w:val="center"/>
        <w:rPr>
          <w:rFonts w:asciiTheme="majorHAnsi" w:hAnsiTheme="majorHAnsi" w:cstheme="majorHAnsi"/>
          <w:b/>
          <w:sz w:val="40"/>
          <w:szCs w:val="4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86"/>
        <w:gridCol w:w="3487"/>
        <w:gridCol w:w="3486"/>
      </w:tblGrid>
      <w:tr w:rsidR="00AA5DEF" w:rsidRPr="002E213C" w14:paraId="641CD37A" w14:textId="77777777" w:rsidTr="002E213C">
        <w:trPr>
          <w:jc w:val="center"/>
        </w:trPr>
        <w:tc>
          <w:tcPr>
            <w:tcW w:w="3486" w:type="dxa"/>
          </w:tcPr>
          <w:p w14:paraId="71E350B1" w14:textId="77777777" w:rsidR="00AA5DEF" w:rsidRPr="002E213C" w:rsidRDefault="00AA5DEF" w:rsidP="00662693">
            <w:pPr>
              <w:jc w:val="center"/>
              <w:rPr>
                <w:rFonts w:ascii="Calibri" w:hAnsi="Calibri" w:cs="Calibri"/>
                <w:b/>
                <w:bCs/>
                <w:sz w:val="30"/>
                <w:szCs w:val="30"/>
              </w:rPr>
            </w:pPr>
            <w:r w:rsidRPr="002E213C">
              <w:rPr>
                <w:rFonts w:ascii="Calibri" w:hAnsi="Calibri" w:cs="Calibri"/>
                <w:b/>
                <w:bCs/>
                <w:sz w:val="30"/>
                <w:szCs w:val="30"/>
              </w:rPr>
              <w:t>Date</w:t>
            </w:r>
          </w:p>
        </w:tc>
        <w:tc>
          <w:tcPr>
            <w:tcW w:w="3487" w:type="dxa"/>
          </w:tcPr>
          <w:p w14:paraId="389B8319" w14:textId="77777777" w:rsidR="00AA5DEF" w:rsidRPr="002E213C" w:rsidRDefault="00AA5DEF" w:rsidP="00662693">
            <w:pPr>
              <w:jc w:val="center"/>
              <w:rPr>
                <w:rFonts w:ascii="Calibri" w:hAnsi="Calibri" w:cs="Calibri"/>
                <w:b/>
                <w:bCs/>
                <w:sz w:val="30"/>
                <w:szCs w:val="30"/>
              </w:rPr>
            </w:pPr>
            <w:r w:rsidRPr="002E213C">
              <w:rPr>
                <w:rFonts w:ascii="Calibri" w:hAnsi="Calibri" w:cs="Calibri"/>
                <w:b/>
                <w:bCs/>
                <w:sz w:val="30"/>
                <w:szCs w:val="30"/>
              </w:rPr>
              <w:t>Volunteers</w:t>
            </w:r>
          </w:p>
        </w:tc>
        <w:tc>
          <w:tcPr>
            <w:tcW w:w="3486" w:type="dxa"/>
          </w:tcPr>
          <w:p w14:paraId="41012608" w14:textId="77777777" w:rsidR="00AA5DEF" w:rsidRPr="002E213C" w:rsidRDefault="00AA5DEF" w:rsidP="00662693">
            <w:pPr>
              <w:jc w:val="center"/>
              <w:rPr>
                <w:rFonts w:ascii="Calibri" w:hAnsi="Calibri" w:cs="Calibri"/>
                <w:b/>
                <w:bCs/>
                <w:sz w:val="30"/>
                <w:szCs w:val="30"/>
              </w:rPr>
            </w:pPr>
            <w:r w:rsidRPr="002E213C">
              <w:rPr>
                <w:rFonts w:ascii="Calibri" w:hAnsi="Calibri" w:cs="Calibri"/>
                <w:b/>
                <w:bCs/>
                <w:sz w:val="30"/>
                <w:szCs w:val="30"/>
              </w:rPr>
              <w:t>Notes</w:t>
            </w:r>
          </w:p>
        </w:tc>
      </w:tr>
      <w:tr w:rsidR="002E213C" w:rsidRPr="002E213C" w14:paraId="145422D8" w14:textId="77777777" w:rsidTr="002E213C">
        <w:trPr>
          <w:jc w:val="center"/>
        </w:trPr>
        <w:tc>
          <w:tcPr>
            <w:tcW w:w="3486" w:type="dxa"/>
            <w:vAlign w:val="center"/>
          </w:tcPr>
          <w:p w14:paraId="40E9CF9A" w14:textId="1EF5F009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05 Jul 2026</w:t>
            </w:r>
          </w:p>
        </w:tc>
        <w:tc>
          <w:tcPr>
            <w:tcW w:w="3487" w:type="dxa"/>
            <w:vAlign w:val="center"/>
          </w:tcPr>
          <w:p w14:paraId="64CE3071" w14:textId="5C065CF7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Dan &amp; Cathryn Fardon</w:t>
            </w:r>
          </w:p>
        </w:tc>
        <w:tc>
          <w:tcPr>
            <w:tcW w:w="3486" w:type="dxa"/>
          </w:tcPr>
          <w:p w14:paraId="552555A9" w14:textId="3741270D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2E213C" w:rsidRPr="002E213C" w14:paraId="2EF56C28" w14:textId="77777777" w:rsidTr="002E213C">
        <w:trPr>
          <w:jc w:val="center"/>
        </w:trPr>
        <w:tc>
          <w:tcPr>
            <w:tcW w:w="3486" w:type="dxa"/>
            <w:vAlign w:val="center"/>
          </w:tcPr>
          <w:p w14:paraId="7AC961E7" w14:textId="795A1ED2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12 Jul 2026</w:t>
            </w:r>
          </w:p>
        </w:tc>
        <w:tc>
          <w:tcPr>
            <w:tcW w:w="3487" w:type="dxa"/>
            <w:vAlign w:val="center"/>
          </w:tcPr>
          <w:p w14:paraId="1ABDC5EB" w14:textId="4569603F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Kath Fisher</w:t>
            </w:r>
          </w:p>
        </w:tc>
        <w:tc>
          <w:tcPr>
            <w:tcW w:w="3486" w:type="dxa"/>
          </w:tcPr>
          <w:p w14:paraId="7D5E8A88" w14:textId="77777777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2E213C" w:rsidRPr="002E213C" w14:paraId="0C29D2F8" w14:textId="77777777" w:rsidTr="002E213C">
        <w:trPr>
          <w:jc w:val="center"/>
        </w:trPr>
        <w:tc>
          <w:tcPr>
            <w:tcW w:w="3486" w:type="dxa"/>
            <w:vAlign w:val="center"/>
          </w:tcPr>
          <w:p w14:paraId="184311FA" w14:textId="2B72A369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19 Jul 2026</w:t>
            </w:r>
          </w:p>
        </w:tc>
        <w:tc>
          <w:tcPr>
            <w:tcW w:w="3487" w:type="dxa"/>
            <w:vAlign w:val="center"/>
          </w:tcPr>
          <w:p w14:paraId="60155652" w14:textId="0BB317C3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Bob &amp; Vari Booth</w:t>
            </w:r>
          </w:p>
        </w:tc>
        <w:tc>
          <w:tcPr>
            <w:tcW w:w="3486" w:type="dxa"/>
          </w:tcPr>
          <w:p w14:paraId="2D9D71F7" w14:textId="77777777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2E213C" w:rsidRPr="002E213C" w14:paraId="0F448CAA" w14:textId="77777777" w:rsidTr="002E213C">
        <w:trPr>
          <w:jc w:val="center"/>
        </w:trPr>
        <w:tc>
          <w:tcPr>
            <w:tcW w:w="3486" w:type="dxa"/>
            <w:vAlign w:val="center"/>
          </w:tcPr>
          <w:p w14:paraId="3B8F3D73" w14:textId="42F3C019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26 Jul 2026</w:t>
            </w:r>
          </w:p>
        </w:tc>
        <w:tc>
          <w:tcPr>
            <w:tcW w:w="3487" w:type="dxa"/>
            <w:vAlign w:val="center"/>
          </w:tcPr>
          <w:p w14:paraId="013537F4" w14:textId="2CDDA7ED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Lance &amp; Anne Brennan</w:t>
            </w:r>
          </w:p>
        </w:tc>
        <w:tc>
          <w:tcPr>
            <w:tcW w:w="3486" w:type="dxa"/>
          </w:tcPr>
          <w:p w14:paraId="71B03094" w14:textId="77777777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2E213C" w:rsidRPr="002E213C" w14:paraId="2EADF728" w14:textId="77777777" w:rsidTr="002E213C">
        <w:trPr>
          <w:jc w:val="center"/>
        </w:trPr>
        <w:tc>
          <w:tcPr>
            <w:tcW w:w="3486" w:type="dxa"/>
            <w:vAlign w:val="center"/>
          </w:tcPr>
          <w:p w14:paraId="53D50E2E" w14:textId="1D8B1767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02 Aug 2026</w:t>
            </w:r>
          </w:p>
        </w:tc>
        <w:tc>
          <w:tcPr>
            <w:tcW w:w="3487" w:type="dxa"/>
            <w:vAlign w:val="center"/>
          </w:tcPr>
          <w:p w14:paraId="2F8DCBEF" w14:textId="2CA38BDD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Dan &amp; Cathryn Fardon</w:t>
            </w:r>
          </w:p>
        </w:tc>
        <w:tc>
          <w:tcPr>
            <w:tcW w:w="3486" w:type="dxa"/>
          </w:tcPr>
          <w:p w14:paraId="6DD565C4" w14:textId="77777777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2E213C" w:rsidRPr="002E213C" w14:paraId="12E6A8A9" w14:textId="77777777" w:rsidTr="002E213C">
        <w:trPr>
          <w:jc w:val="center"/>
        </w:trPr>
        <w:tc>
          <w:tcPr>
            <w:tcW w:w="3486" w:type="dxa"/>
            <w:vAlign w:val="center"/>
          </w:tcPr>
          <w:p w14:paraId="62EF832F" w14:textId="4C9058D0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09 Aug 2026</w:t>
            </w:r>
          </w:p>
        </w:tc>
        <w:tc>
          <w:tcPr>
            <w:tcW w:w="3487" w:type="dxa"/>
            <w:vAlign w:val="center"/>
          </w:tcPr>
          <w:p w14:paraId="1988911F" w14:textId="5B8C4E6A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Kath Fisher</w:t>
            </w:r>
          </w:p>
        </w:tc>
        <w:tc>
          <w:tcPr>
            <w:tcW w:w="3486" w:type="dxa"/>
          </w:tcPr>
          <w:p w14:paraId="27340D15" w14:textId="77777777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2E213C" w:rsidRPr="002E213C" w14:paraId="7757ADCE" w14:textId="77777777" w:rsidTr="002E213C">
        <w:trPr>
          <w:jc w:val="center"/>
        </w:trPr>
        <w:tc>
          <w:tcPr>
            <w:tcW w:w="3486" w:type="dxa"/>
            <w:vAlign w:val="center"/>
          </w:tcPr>
          <w:p w14:paraId="35E1208E" w14:textId="6131B201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16 Aug 2026</w:t>
            </w:r>
          </w:p>
        </w:tc>
        <w:tc>
          <w:tcPr>
            <w:tcW w:w="3487" w:type="dxa"/>
            <w:vAlign w:val="center"/>
          </w:tcPr>
          <w:p w14:paraId="18AAB42A" w14:textId="2B2B1F57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Bob &amp; Vari Booth</w:t>
            </w:r>
          </w:p>
        </w:tc>
        <w:tc>
          <w:tcPr>
            <w:tcW w:w="3486" w:type="dxa"/>
          </w:tcPr>
          <w:p w14:paraId="67CE7B28" w14:textId="77777777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2E213C" w:rsidRPr="002E213C" w14:paraId="0039EA64" w14:textId="77777777" w:rsidTr="002E213C">
        <w:trPr>
          <w:jc w:val="center"/>
        </w:trPr>
        <w:tc>
          <w:tcPr>
            <w:tcW w:w="3486" w:type="dxa"/>
            <w:vAlign w:val="center"/>
          </w:tcPr>
          <w:p w14:paraId="79B3B6D6" w14:textId="24D94D67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23 Aug 2026</w:t>
            </w:r>
          </w:p>
        </w:tc>
        <w:tc>
          <w:tcPr>
            <w:tcW w:w="3487" w:type="dxa"/>
            <w:vAlign w:val="center"/>
          </w:tcPr>
          <w:p w14:paraId="7E7A2B72" w14:textId="3F7B22F0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Lance &amp; Anne Brennan</w:t>
            </w:r>
          </w:p>
        </w:tc>
        <w:tc>
          <w:tcPr>
            <w:tcW w:w="3486" w:type="dxa"/>
          </w:tcPr>
          <w:p w14:paraId="2FE1B06C" w14:textId="5983DE4F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2E213C" w:rsidRPr="002E213C" w14:paraId="05C24F0F" w14:textId="77777777" w:rsidTr="002E213C">
        <w:trPr>
          <w:jc w:val="center"/>
        </w:trPr>
        <w:tc>
          <w:tcPr>
            <w:tcW w:w="3486" w:type="dxa"/>
            <w:vAlign w:val="center"/>
          </w:tcPr>
          <w:p w14:paraId="48E1B8EC" w14:textId="57CB6665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30 Aug 2026</w:t>
            </w:r>
          </w:p>
        </w:tc>
        <w:tc>
          <w:tcPr>
            <w:tcW w:w="3487" w:type="dxa"/>
            <w:vAlign w:val="center"/>
          </w:tcPr>
          <w:p w14:paraId="1680113A" w14:textId="52412C36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Dan &amp; Cathryn Fardon</w:t>
            </w:r>
          </w:p>
        </w:tc>
        <w:tc>
          <w:tcPr>
            <w:tcW w:w="3486" w:type="dxa"/>
          </w:tcPr>
          <w:p w14:paraId="4A21979D" w14:textId="77777777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2E213C" w:rsidRPr="002E213C" w14:paraId="06D5AF0A" w14:textId="77777777" w:rsidTr="002E213C">
        <w:trPr>
          <w:jc w:val="center"/>
        </w:trPr>
        <w:tc>
          <w:tcPr>
            <w:tcW w:w="3486" w:type="dxa"/>
            <w:vAlign w:val="center"/>
          </w:tcPr>
          <w:p w14:paraId="0A5FB0F1" w14:textId="1466B055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06 Sep 2026</w:t>
            </w:r>
          </w:p>
        </w:tc>
        <w:tc>
          <w:tcPr>
            <w:tcW w:w="3487" w:type="dxa"/>
            <w:vAlign w:val="center"/>
          </w:tcPr>
          <w:p w14:paraId="1413D3C3" w14:textId="62202B58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Kath Fisher</w:t>
            </w:r>
          </w:p>
        </w:tc>
        <w:tc>
          <w:tcPr>
            <w:tcW w:w="3486" w:type="dxa"/>
          </w:tcPr>
          <w:p w14:paraId="57AF9AE2" w14:textId="77777777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2E213C" w:rsidRPr="002E213C" w14:paraId="3D7D388B" w14:textId="77777777" w:rsidTr="002E213C">
        <w:trPr>
          <w:jc w:val="center"/>
        </w:trPr>
        <w:tc>
          <w:tcPr>
            <w:tcW w:w="3486" w:type="dxa"/>
            <w:vAlign w:val="center"/>
          </w:tcPr>
          <w:p w14:paraId="4EA8CB6E" w14:textId="347E7644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13 Sep 2026</w:t>
            </w:r>
          </w:p>
        </w:tc>
        <w:tc>
          <w:tcPr>
            <w:tcW w:w="3487" w:type="dxa"/>
            <w:vAlign w:val="center"/>
          </w:tcPr>
          <w:p w14:paraId="3C9108AA" w14:textId="78209F4F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Bob &amp; Vari Booth</w:t>
            </w:r>
          </w:p>
        </w:tc>
        <w:tc>
          <w:tcPr>
            <w:tcW w:w="3486" w:type="dxa"/>
          </w:tcPr>
          <w:p w14:paraId="23062319" w14:textId="77777777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2E213C" w:rsidRPr="002E213C" w14:paraId="3E44073E" w14:textId="77777777" w:rsidTr="002E213C">
        <w:trPr>
          <w:jc w:val="center"/>
        </w:trPr>
        <w:tc>
          <w:tcPr>
            <w:tcW w:w="3486" w:type="dxa"/>
            <w:vAlign w:val="center"/>
          </w:tcPr>
          <w:p w14:paraId="07EF0AC2" w14:textId="29E51115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20 Sep 2026</w:t>
            </w:r>
          </w:p>
        </w:tc>
        <w:tc>
          <w:tcPr>
            <w:tcW w:w="3487" w:type="dxa"/>
            <w:vAlign w:val="center"/>
          </w:tcPr>
          <w:p w14:paraId="787C7B48" w14:textId="7E360B89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Lance &amp; Anne Brennan</w:t>
            </w:r>
          </w:p>
        </w:tc>
        <w:tc>
          <w:tcPr>
            <w:tcW w:w="3486" w:type="dxa"/>
          </w:tcPr>
          <w:p w14:paraId="5A926BF2" w14:textId="77777777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2E213C" w:rsidRPr="002E213C" w14:paraId="011D16EE" w14:textId="77777777" w:rsidTr="002E213C">
        <w:trPr>
          <w:jc w:val="center"/>
        </w:trPr>
        <w:tc>
          <w:tcPr>
            <w:tcW w:w="3486" w:type="dxa"/>
            <w:vAlign w:val="center"/>
          </w:tcPr>
          <w:p w14:paraId="52D6B7AE" w14:textId="20D5D437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27 Sep 2026</w:t>
            </w:r>
          </w:p>
        </w:tc>
        <w:tc>
          <w:tcPr>
            <w:tcW w:w="3487" w:type="dxa"/>
            <w:vAlign w:val="center"/>
          </w:tcPr>
          <w:p w14:paraId="1251661B" w14:textId="5EADDDC3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2E213C">
              <w:rPr>
                <w:rFonts w:ascii="Calibri" w:hAnsi="Calibri" w:cs="Calibri"/>
                <w:sz w:val="30"/>
                <w:szCs w:val="30"/>
              </w:rPr>
              <w:t>Dan &amp; Cathryn Fardon</w:t>
            </w:r>
          </w:p>
        </w:tc>
        <w:tc>
          <w:tcPr>
            <w:tcW w:w="3486" w:type="dxa"/>
          </w:tcPr>
          <w:p w14:paraId="57C6CFC1" w14:textId="77777777" w:rsidR="002E213C" w:rsidRPr="002E213C" w:rsidRDefault="002E213C" w:rsidP="002E213C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</w:tbl>
    <w:p w14:paraId="117082D9" w14:textId="77777777" w:rsidR="00F0431F" w:rsidRPr="00314972" w:rsidRDefault="00F0431F">
      <w:pPr>
        <w:rPr>
          <w:rFonts w:asciiTheme="majorHAnsi" w:hAnsiTheme="majorHAnsi" w:cstheme="majorHAnsi"/>
          <w:sz w:val="30"/>
          <w:szCs w:val="30"/>
        </w:rPr>
      </w:pPr>
    </w:p>
    <w:sectPr w:rsidR="00F0431F" w:rsidRPr="00314972" w:rsidSect="00034616">
      <w:pgSz w:w="11909" w:h="16834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28965330">
    <w:abstractNumId w:val="8"/>
  </w:num>
  <w:num w:numId="2" w16cid:durableId="380323706">
    <w:abstractNumId w:val="6"/>
  </w:num>
  <w:num w:numId="3" w16cid:durableId="1921985705">
    <w:abstractNumId w:val="5"/>
  </w:num>
  <w:num w:numId="4" w16cid:durableId="594243129">
    <w:abstractNumId w:val="4"/>
  </w:num>
  <w:num w:numId="5" w16cid:durableId="2090079126">
    <w:abstractNumId w:val="7"/>
  </w:num>
  <w:num w:numId="6" w16cid:durableId="232786212">
    <w:abstractNumId w:val="3"/>
  </w:num>
  <w:num w:numId="7" w16cid:durableId="984973158">
    <w:abstractNumId w:val="2"/>
  </w:num>
  <w:num w:numId="8" w16cid:durableId="1231426195">
    <w:abstractNumId w:val="1"/>
  </w:num>
  <w:num w:numId="9" w16cid:durableId="1171873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E0F61"/>
    <w:rsid w:val="0015074B"/>
    <w:rsid w:val="0029639D"/>
    <w:rsid w:val="002A361F"/>
    <w:rsid w:val="002E213C"/>
    <w:rsid w:val="00314972"/>
    <w:rsid w:val="00326D45"/>
    <w:rsid w:val="00326F90"/>
    <w:rsid w:val="00431772"/>
    <w:rsid w:val="004D0199"/>
    <w:rsid w:val="005608A2"/>
    <w:rsid w:val="00721731"/>
    <w:rsid w:val="00773DA9"/>
    <w:rsid w:val="00815A90"/>
    <w:rsid w:val="00830394"/>
    <w:rsid w:val="00906BB4"/>
    <w:rsid w:val="00A879EF"/>
    <w:rsid w:val="00AA1D8D"/>
    <w:rsid w:val="00AA5DEF"/>
    <w:rsid w:val="00B47730"/>
    <w:rsid w:val="00B854E3"/>
    <w:rsid w:val="00BD29B1"/>
    <w:rsid w:val="00C26D48"/>
    <w:rsid w:val="00CB0664"/>
    <w:rsid w:val="00D20B12"/>
    <w:rsid w:val="00D60401"/>
    <w:rsid w:val="00E501F8"/>
    <w:rsid w:val="00E676E4"/>
    <w:rsid w:val="00E768F0"/>
    <w:rsid w:val="00E93F73"/>
    <w:rsid w:val="00EF48D5"/>
    <w:rsid w:val="00F0431F"/>
    <w:rsid w:val="00FB2E9A"/>
    <w:rsid w:val="00FC693F"/>
    <w:rsid w:val="00FE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D75E96"/>
  <w14:defaultImageDpi w14:val="300"/>
  <w15:docId w15:val="{E6BD1E20-F8F0-4C21-8C4D-2745CB5A5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St Jude's Anglican Church</cp:lastModifiedBy>
  <cp:revision>20</cp:revision>
  <cp:lastPrinted>2025-12-17T03:01:00Z</cp:lastPrinted>
  <dcterms:created xsi:type="dcterms:W3CDTF">2025-12-09T03:22:00Z</dcterms:created>
  <dcterms:modified xsi:type="dcterms:W3CDTF">2026-06-09T01:52:00Z</dcterms:modified>
  <cp:category/>
</cp:coreProperties>
</file>