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B7A93" w14:textId="099BCEA6" w:rsidR="00B10A90" w:rsidRPr="003E0087" w:rsidRDefault="003E0087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87465A0" wp14:editId="6FA8F019">
            <wp:simplePos x="0" y="0"/>
            <wp:positionH relativeFrom="column">
              <wp:posOffset>209550</wp:posOffset>
            </wp:positionH>
            <wp:positionV relativeFrom="paragraph">
              <wp:posOffset>7620</wp:posOffset>
            </wp:positionV>
            <wp:extent cx="803910" cy="990600"/>
            <wp:effectExtent l="0" t="0" r="0" b="0"/>
            <wp:wrapSquare wrapText="bothSides"/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087">
        <w:rPr>
          <w:rFonts w:asciiTheme="majorHAnsi" w:hAnsiTheme="majorHAnsi" w:cstheme="majorHAnsi"/>
          <w:b/>
          <w:sz w:val="40"/>
          <w:szCs w:val="40"/>
        </w:rPr>
        <w:t xml:space="preserve">Community Meal Roster </w:t>
      </w:r>
      <w:r w:rsidR="00D22B7B">
        <w:rPr>
          <w:rFonts w:asciiTheme="majorHAnsi" w:hAnsiTheme="majorHAnsi" w:cstheme="majorHAnsi"/>
          <w:b/>
          <w:sz w:val="40"/>
          <w:szCs w:val="40"/>
        </w:rPr>
        <w:t>July</w:t>
      </w:r>
      <w:r w:rsidR="0055047F">
        <w:rPr>
          <w:rFonts w:asciiTheme="majorHAnsi" w:hAnsiTheme="majorHAnsi" w:cstheme="majorHAnsi"/>
          <w:b/>
          <w:sz w:val="40"/>
          <w:szCs w:val="40"/>
        </w:rPr>
        <w:t xml:space="preserve"> – September </w:t>
      </w:r>
      <w:r w:rsidRPr="003E0087">
        <w:rPr>
          <w:rFonts w:asciiTheme="majorHAnsi" w:hAnsiTheme="majorHAnsi" w:cstheme="majorHAnsi"/>
          <w:b/>
          <w:sz w:val="40"/>
          <w:szCs w:val="40"/>
        </w:rPr>
        <w:t>2026</w:t>
      </w:r>
      <w:r w:rsidRPr="003E0087">
        <w:rPr>
          <w:rFonts w:asciiTheme="majorHAnsi" w:hAnsiTheme="majorHAnsi" w:cstheme="majorHAnsi"/>
          <w:b/>
          <w:sz w:val="40"/>
          <w:szCs w:val="40"/>
        </w:rPr>
        <w:br/>
        <w:t>Friday 11.30am-1.30pm</w:t>
      </w:r>
    </w:p>
    <w:p w14:paraId="6A2C732E" w14:textId="77777777" w:rsidR="000F7977" w:rsidRDefault="000F7977">
      <w:pPr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5B5A97DE" w14:textId="77777777" w:rsidR="000F7977" w:rsidRPr="002B6642" w:rsidRDefault="000F7977">
      <w:pPr>
        <w:jc w:val="center"/>
        <w:rPr>
          <w:rFonts w:asciiTheme="majorHAnsi" w:hAnsiTheme="majorHAnsi" w:cstheme="majorHAnsi"/>
          <w:sz w:val="26"/>
          <w:szCs w:val="26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8863"/>
      </w:tblGrid>
      <w:tr w:rsidR="001A0584" w:rsidRPr="00C00EEA" w14:paraId="7C5C8F30" w14:textId="77777777" w:rsidTr="00320335">
        <w:trPr>
          <w:jc w:val="center"/>
        </w:trPr>
        <w:tc>
          <w:tcPr>
            <w:tcW w:w="2047" w:type="dxa"/>
          </w:tcPr>
          <w:p w14:paraId="63DEB70C" w14:textId="77777777" w:rsidR="001A0584" w:rsidRPr="00C00EEA" w:rsidRDefault="001A0584" w:rsidP="00C504B9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00EEA">
              <w:rPr>
                <w:rFonts w:ascii="Calibri" w:hAnsi="Calibri" w:cs="Calibr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8863" w:type="dxa"/>
          </w:tcPr>
          <w:p w14:paraId="72212385" w14:textId="77777777" w:rsidR="001A0584" w:rsidRPr="00C00EEA" w:rsidRDefault="001A0584" w:rsidP="00C504B9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00EEA">
              <w:rPr>
                <w:rFonts w:ascii="Calibri" w:hAnsi="Calibri" w:cs="Calibri"/>
                <w:b/>
                <w:bCs/>
                <w:sz w:val="28"/>
                <w:szCs w:val="28"/>
              </w:rPr>
              <w:t>Volunteers</w:t>
            </w:r>
          </w:p>
        </w:tc>
      </w:tr>
      <w:tr w:rsidR="00D22B7B" w:rsidRPr="00C00EEA" w14:paraId="655F4C88" w14:textId="77777777" w:rsidTr="00EE3519">
        <w:trPr>
          <w:jc w:val="center"/>
        </w:trPr>
        <w:tc>
          <w:tcPr>
            <w:tcW w:w="2047" w:type="dxa"/>
          </w:tcPr>
          <w:p w14:paraId="05EE179B" w14:textId="5F211EC1" w:rsidR="00D22B7B" w:rsidRPr="00C00EEA" w:rsidRDefault="00D22B7B" w:rsidP="00D22B7B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3 July</w:t>
            </w:r>
          </w:p>
        </w:tc>
        <w:tc>
          <w:tcPr>
            <w:tcW w:w="8863" w:type="dxa"/>
            <w:vAlign w:val="center"/>
          </w:tcPr>
          <w:p w14:paraId="1A0C4FD5" w14:textId="37574C8C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Chantel Peacock, Ellie Gharib, Jenny Stewart, John Candy, Jackie Glover</w:t>
            </w:r>
          </w:p>
        </w:tc>
      </w:tr>
      <w:tr w:rsidR="00D22B7B" w:rsidRPr="00C00EEA" w14:paraId="1A53AE7C" w14:textId="77777777" w:rsidTr="00320335">
        <w:trPr>
          <w:jc w:val="center"/>
        </w:trPr>
        <w:tc>
          <w:tcPr>
            <w:tcW w:w="2047" w:type="dxa"/>
          </w:tcPr>
          <w:p w14:paraId="1407F96A" w14:textId="177C0A19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10 July</w:t>
            </w:r>
          </w:p>
        </w:tc>
        <w:tc>
          <w:tcPr>
            <w:tcW w:w="8863" w:type="dxa"/>
          </w:tcPr>
          <w:p w14:paraId="10F82297" w14:textId="3FF65DB7" w:rsidR="00D22B7B" w:rsidRPr="00C00EEA" w:rsidRDefault="00320335" w:rsidP="00D22B7B">
            <w:pPr>
              <w:rPr>
                <w:rFonts w:ascii="Calibri" w:hAnsi="Calibri" w:cs="Calibri"/>
                <w:i/>
                <w:iCs/>
                <w:sz w:val="28"/>
                <w:szCs w:val="28"/>
              </w:rPr>
            </w:pPr>
            <w:r w:rsidRPr="00C00EEA">
              <w:rPr>
                <w:rStyle w:val="Emphasis"/>
                <w:rFonts w:ascii="Calibri" w:hAnsi="Calibri" w:cs="Calibri"/>
                <w:i w:val="0"/>
                <w:iCs w:val="0"/>
                <w:sz w:val="28"/>
                <w:szCs w:val="28"/>
              </w:rPr>
              <w:t>Kids (School Holidays)</w:t>
            </w:r>
          </w:p>
        </w:tc>
      </w:tr>
      <w:tr w:rsidR="00D22B7B" w:rsidRPr="00C00EEA" w14:paraId="6CA9ABAA" w14:textId="77777777" w:rsidTr="00320335">
        <w:trPr>
          <w:jc w:val="center"/>
        </w:trPr>
        <w:tc>
          <w:tcPr>
            <w:tcW w:w="2047" w:type="dxa"/>
          </w:tcPr>
          <w:p w14:paraId="1759844B" w14:textId="5A932D0C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17 July</w:t>
            </w:r>
          </w:p>
        </w:tc>
        <w:tc>
          <w:tcPr>
            <w:tcW w:w="8863" w:type="dxa"/>
          </w:tcPr>
          <w:p w14:paraId="60350264" w14:textId="1CA8AAC6" w:rsidR="00D22B7B" w:rsidRPr="00C00EEA" w:rsidRDefault="00320335" w:rsidP="00D22B7B">
            <w:pPr>
              <w:rPr>
                <w:rFonts w:ascii="Calibri" w:hAnsi="Calibri" w:cs="Calibri"/>
                <w:i/>
                <w:iCs/>
                <w:sz w:val="28"/>
                <w:szCs w:val="28"/>
              </w:rPr>
            </w:pPr>
            <w:r w:rsidRPr="00C00EEA">
              <w:rPr>
                <w:rStyle w:val="Emphasis"/>
                <w:rFonts w:ascii="Calibri" w:hAnsi="Calibri" w:cs="Calibri"/>
                <w:i w:val="0"/>
                <w:iCs w:val="0"/>
                <w:sz w:val="28"/>
                <w:szCs w:val="28"/>
              </w:rPr>
              <w:t>Kids (School Holidays)</w:t>
            </w:r>
          </w:p>
        </w:tc>
      </w:tr>
      <w:tr w:rsidR="00D22B7B" w:rsidRPr="00C00EEA" w14:paraId="7FF97EB9" w14:textId="77777777" w:rsidTr="00320335">
        <w:trPr>
          <w:jc w:val="center"/>
        </w:trPr>
        <w:tc>
          <w:tcPr>
            <w:tcW w:w="2047" w:type="dxa"/>
          </w:tcPr>
          <w:p w14:paraId="442B83D5" w14:textId="35382323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24 July</w:t>
            </w:r>
          </w:p>
        </w:tc>
        <w:tc>
          <w:tcPr>
            <w:tcW w:w="8863" w:type="dxa"/>
          </w:tcPr>
          <w:p w14:paraId="546D4B95" w14:textId="0BDF0C0D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Suhair Issa, Judy Vowles, Margaret Hooper</w:t>
            </w:r>
            <w:r w:rsidR="00784C8C" w:rsidRPr="00C00EEA">
              <w:rPr>
                <w:rFonts w:ascii="Calibri" w:hAnsi="Calibri" w:cs="Calibri"/>
                <w:sz w:val="28"/>
                <w:szCs w:val="28"/>
              </w:rPr>
              <w:t>, Tim &amp; Julia Butler</w:t>
            </w:r>
          </w:p>
        </w:tc>
      </w:tr>
      <w:tr w:rsidR="00D22B7B" w:rsidRPr="00C00EEA" w14:paraId="313F3C5F" w14:textId="77777777" w:rsidTr="00320335">
        <w:trPr>
          <w:jc w:val="center"/>
        </w:trPr>
        <w:tc>
          <w:tcPr>
            <w:tcW w:w="2047" w:type="dxa"/>
          </w:tcPr>
          <w:p w14:paraId="217F791E" w14:textId="51F689BA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31 July</w:t>
            </w:r>
          </w:p>
        </w:tc>
        <w:tc>
          <w:tcPr>
            <w:tcW w:w="8863" w:type="dxa"/>
          </w:tcPr>
          <w:p w14:paraId="32563BC1" w14:textId="43F7A330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 xml:space="preserve">Pam Parkin, </w:t>
            </w:r>
            <w:r w:rsidR="008E5725">
              <w:rPr>
                <w:rFonts w:ascii="Calibri" w:hAnsi="Calibri" w:cs="Calibri"/>
                <w:sz w:val="28"/>
                <w:szCs w:val="28"/>
              </w:rPr>
              <w:t>Michelle Blewitt</w:t>
            </w:r>
            <w:r w:rsidRPr="00C00EEA">
              <w:rPr>
                <w:rFonts w:ascii="Calibri" w:hAnsi="Calibri" w:cs="Calibri"/>
                <w:sz w:val="28"/>
                <w:szCs w:val="28"/>
              </w:rPr>
              <w:t>, Inara Powell, Vari Booth</w:t>
            </w:r>
          </w:p>
        </w:tc>
      </w:tr>
      <w:tr w:rsidR="00D22B7B" w:rsidRPr="00C00EEA" w14:paraId="0966E871" w14:textId="77777777" w:rsidTr="00320335">
        <w:trPr>
          <w:jc w:val="center"/>
        </w:trPr>
        <w:tc>
          <w:tcPr>
            <w:tcW w:w="2047" w:type="dxa"/>
          </w:tcPr>
          <w:p w14:paraId="61FBD982" w14:textId="062A4197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7 Aug</w:t>
            </w:r>
          </w:p>
        </w:tc>
        <w:tc>
          <w:tcPr>
            <w:tcW w:w="8863" w:type="dxa"/>
          </w:tcPr>
          <w:p w14:paraId="15D437A1" w14:textId="3DB39A00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Michelle Blewitt, John &amp; Rosey Neeves, Chantel Peacock, Ellie Gharib</w:t>
            </w:r>
          </w:p>
        </w:tc>
      </w:tr>
      <w:tr w:rsidR="00D22B7B" w:rsidRPr="00C00EEA" w14:paraId="61CFC35D" w14:textId="77777777" w:rsidTr="00320335">
        <w:trPr>
          <w:jc w:val="center"/>
        </w:trPr>
        <w:tc>
          <w:tcPr>
            <w:tcW w:w="2047" w:type="dxa"/>
          </w:tcPr>
          <w:p w14:paraId="4BEFFF6E" w14:textId="46091CB2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14 Aug</w:t>
            </w:r>
          </w:p>
        </w:tc>
        <w:tc>
          <w:tcPr>
            <w:tcW w:w="8863" w:type="dxa"/>
          </w:tcPr>
          <w:p w14:paraId="51270AA2" w14:textId="6E80EF92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Pam Parkin, Suhair Issa, Tineke Thurlow, Heather Felgate, John Candy</w:t>
            </w:r>
          </w:p>
        </w:tc>
      </w:tr>
      <w:tr w:rsidR="00D22B7B" w:rsidRPr="00C00EEA" w14:paraId="70E82307" w14:textId="77777777" w:rsidTr="00320335">
        <w:trPr>
          <w:jc w:val="center"/>
        </w:trPr>
        <w:tc>
          <w:tcPr>
            <w:tcW w:w="2047" w:type="dxa"/>
          </w:tcPr>
          <w:p w14:paraId="7A86B0CE" w14:textId="67834F87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21 Aug</w:t>
            </w:r>
          </w:p>
        </w:tc>
        <w:tc>
          <w:tcPr>
            <w:tcW w:w="8863" w:type="dxa"/>
          </w:tcPr>
          <w:p w14:paraId="1C39CFDD" w14:textId="0C73A2C7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 xml:space="preserve">Tim &amp; Julia Butler, Jackie Glover, Judy Vowles, </w:t>
            </w:r>
            <w:r w:rsidRPr="00C00EEA">
              <w:rPr>
                <w:rStyle w:val="Strong"/>
                <w:rFonts w:ascii="Calibri" w:hAnsi="Calibri" w:cs="Calibri"/>
                <w:b w:val="0"/>
                <w:bCs w:val="0"/>
                <w:sz w:val="28"/>
                <w:szCs w:val="28"/>
              </w:rPr>
              <w:t>Pam Binks</w:t>
            </w:r>
          </w:p>
        </w:tc>
      </w:tr>
      <w:tr w:rsidR="00D22B7B" w:rsidRPr="00C00EEA" w14:paraId="139AFD12" w14:textId="77777777" w:rsidTr="00320335">
        <w:trPr>
          <w:jc w:val="center"/>
        </w:trPr>
        <w:tc>
          <w:tcPr>
            <w:tcW w:w="2047" w:type="dxa"/>
          </w:tcPr>
          <w:p w14:paraId="1494CA44" w14:textId="4F795AD0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28 Aug</w:t>
            </w:r>
          </w:p>
        </w:tc>
        <w:tc>
          <w:tcPr>
            <w:tcW w:w="8863" w:type="dxa"/>
          </w:tcPr>
          <w:p w14:paraId="2B205CF5" w14:textId="25E823B9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Pam Parkin, Tineke Thurlow, Ellie Gharib, Jenny Stewart, Inara Powell</w:t>
            </w:r>
          </w:p>
        </w:tc>
      </w:tr>
      <w:tr w:rsidR="00D22B7B" w:rsidRPr="00C00EEA" w14:paraId="5DA9DC6D" w14:textId="77777777" w:rsidTr="00320335">
        <w:trPr>
          <w:jc w:val="center"/>
        </w:trPr>
        <w:tc>
          <w:tcPr>
            <w:tcW w:w="2047" w:type="dxa"/>
          </w:tcPr>
          <w:p w14:paraId="3BEB5BC1" w14:textId="3CDBAC85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4 Sep</w:t>
            </w:r>
          </w:p>
        </w:tc>
        <w:tc>
          <w:tcPr>
            <w:tcW w:w="8863" w:type="dxa"/>
          </w:tcPr>
          <w:p w14:paraId="4F2BC824" w14:textId="79CB6BE8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 xml:space="preserve">Michelle Blewitt, Jeremy &amp; Louise Zieseniss, </w:t>
            </w:r>
            <w:r w:rsidR="002302AA" w:rsidRPr="00C00EEA">
              <w:rPr>
                <w:rFonts w:ascii="Calibri" w:hAnsi="Calibri" w:cs="Calibri"/>
                <w:sz w:val="28"/>
                <w:szCs w:val="28"/>
              </w:rPr>
              <w:t xml:space="preserve">John &amp; Rosey Neeves </w:t>
            </w:r>
          </w:p>
        </w:tc>
      </w:tr>
      <w:tr w:rsidR="00D22B7B" w:rsidRPr="00C00EEA" w14:paraId="70DB79CD" w14:textId="77777777" w:rsidTr="00320335">
        <w:trPr>
          <w:jc w:val="center"/>
        </w:trPr>
        <w:tc>
          <w:tcPr>
            <w:tcW w:w="2047" w:type="dxa"/>
          </w:tcPr>
          <w:p w14:paraId="587A2926" w14:textId="01C26A4D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11 Sep</w:t>
            </w:r>
          </w:p>
        </w:tc>
        <w:tc>
          <w:tcPr>
            <w:tcW w:w="8863" w:type="dxa"/>
          </w:tcPr>
          <w:p w14:paraId="618971B1" w14:textId="0E1A96D9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Pam Parkin, Tineke Thurlow, Jackie Glover, Judy Vowles, Margaret Hooper</w:t>
            </w:r>
          </w:p>
        </w:tc>
      </w:tr>
      <w:tr w:rsidR="00D22B7B" w:rsidRPr="00C00EEA" w14:paraId="49CA4F71" w14:textId="77777777" w:rsidTr="00320335">
        <w:trPr>
          <w:jc w:val="center"/>
        </w:trPr>
        <w:tc>
          <w:tcPr>
            <w:tcW w:w="2047" w:type="dxa"/>
          </w:tcPr>
          <w:p w14:paraId="2EDC99E5" w14:textId="5048514A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18 Sep</w:t>
            </w:r>
          </w:p>
        </w:tc>
        <w:tc>
          <w:tcPr>
            <w:tcW w:w="8863" w:type="dxa"/>
          </w:tcPr>
          <w:p w14:paraId="6008B9BC" w14:textId="32A48A81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Tim &amp; Julia Butler, Jenny Stewart, John Candy</w:t>
            </w:r>
          </w:p>
        </w:tc>
      </w:tr>
      <w:tr w:rsidR="00D22B7B" w:rsidRPr="00C00EEA" w14:paraId="24F5A23C" w14:textId="77777777" w:rsidTr="00320335">
        <w:trPr>
          <w:jc w:val="center"/>
        </w:trPr>
        <w:tc>
          <w:tcPr>
            <w:tcW w:w="2047" w:type="dxa"/>
          </w:tcPr>
          <w:p w14:paraId="71567C56" w14:textId="11DA655C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Style w:val="Strong"/>
                <w:rFonts w:ascii="Calibri" w:hAnsi="Calibri" w:cs="Calibri"/>
                <w:sz w:val="28"/>
                <w:szCs w:val="28"/>
              </w:rPr>
              <w:t>Fri 25 Sep</w:t>
            </w:r>
          </w:p>
        </w:tc>
        <w:tc>
          <w:tcPr>
            <w:tcW w:w="8863" w:type="dxa"/>
          </w:tcPr>
          <w:p w14:paraId="1DECEABA" w14:textId="7DDEE69F" w:rsidR="00D22B7B" w:rsidRPr="00C00EEA" w:rsidRDefault="00D22B7B" w:rsidP="00D22B7B">
            <w:pPr>
              <w:rPr>
                <w:rFonts w:ascii="Calibri" w:hAnsi="Calibri" w:cs="Calibri"/>
                <w:sz w:val="28"/>
                <w:szCs w:val="28"/>
              </w:rPr>
            </w:pPr>
            <w:r w:rsidRPr="00C00EEA">
              <w:rPr>
                <w:rFonts w:ascii="Calibri" w:hAnsi="Calibri" w:cs="Calibri"/>
                <w:sz w:val="28"/>
                <w:szCs w:val="28"/>
              </w:rPr>
              <w:t>Pam Parkin, Suhair Issa, Ellie Gharib, Inara Powell, Chantel Peacock</w:t>
            </w:r>
          </w:p>
        </w:tc>
      </w:tr>
    </w:tbl>
    <w:p w14:paraId="418616C9" w14:textId="119F167E" w:rsidR="00B10A90" w:rsidRDefault="00000000" w:rsidP="0054790F">
      <w:pPr>
        <w:rPr>
          <w:rFonts w:asciiTheme="majorHAnsi" w:hAnsiTheme="majorHAnsi" w:cstheme="majorHAnsi"/>
          <w:sz w:val="26"/>
          <w:szCs w:val="26"/>
        </w:rPr>
      </w:pPr>
      <w:r w:rsidRPr="002B6642">
        <w:rPr>
          <w:rFonts w:asciiTheme="majorHAnsi" w:hAnsiTheme="majorHAnsi" w:cstheme="majorHAnsi"/>
          <w:sz w:val="26"/>
          <w:szCs w:val="26"/>
        </w:rPr>
        <w:br/>
      </w:r>
    </w:p>
    <w:p w14:paraId="611630D8" w14:textId="77777777" w:rsidR="00E42355" w:rsidRPr="002B6642" w:rsidRDefault="00E42355" w:rsidP="0054790F">
      <w:pPr>
        <w:rPr>
          <w:rFonts w:asciiTheme="majorHAnsi" w:hAnsiTheme="majorHAnsi" w:cstheme="majorHAnsi"/>
          <w:sz w:val="26"/>
          <w:szCs w:val="26"/>
        </w:rPr>
      </w:pPr>
    </w:p>
    <w:sectPr w:rsidR="00E42355" w:rsidRPr="002B6642" w:rsidSect="000F79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16583413">
    <w:abstractNumId w:val="8"/>
  </w:num>
  <w:num w:numId="2" w16cid:durableId="924537004">
    <w:abstractNumId w:val="6"/>
  </w:num>
  <w:num w:numId="3" w16cid:durableId="990865518">
    <w:abstractNumId w:val="5"/>
  </w:num>
  <w:num w:numId="4" w16cid:durableId="1277253826">
    <w:abstractNumId w:val="4"/>
  </w:num>
  <w:num w:numId="5" w16cid:durableId="643780823">
    <w:abstractNumId w:val="7"/>
  </w:num>
  <w:num w:numId="6" w16cid:durableId="1150943727">
    <w:abstractNumId w:val="3"/>
  </w:num>
  <w:num w:numId="7" w16cid:durableId="1841579800">
    <w:abstractNumId w:val="2"/>
  </w:num>
  <w:num w:numId="8" w16cid:durableId="203759142">
    <w:abstractNumId w:val="1"/>
  </w:num>
  <w:num w:numId="9" w16cid:durableId="63471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B9"/>
    <w:rsid w:val="00034616"/>
    <w:rsid w:val="00037A3E"/>
    <w:rsid w:val="0006063C"/>
    <w:rsid w:val="0008459B"/>
    <w:rsid w:val="000F7977"/>
    <w:rsid w:val="0015074B"/>
    <w:rsid w:val="001A0584"/>
    <w:rsid w:val="001A1749"/>
    <w:rsid w:val="001E0C29"/>
    <w:rsid w:val="002302AA"/>
    <w:rsid w:val="00262583"/>
    <w:rsid w:val="00286956"/>
    <w:rsid w:val="0029240D"/>
    <w:rsid w:val="0029639D"/>
    <w:rsid w:val="002B6642"/>
    <w:rsid w:val="00320335"/>
    <w:rsid w:val="00326F90"/>
    <w:rsid w:val="00343955"/>
    <w:rsid w:val="003E0087"/>
    <w:rsid w:val="00452DE5"/>
    <w:rsid w:val="004C12C8"/>
    <w:rsid w:val="00522CC9"/>
    <w:rsid w:val="0054790F"/>
    <w:rsid w:val="0055047F"/>
    <w:rsid w:val="0057412C"/>
    <w:rsid w:val="005E588F"/>
    <w:rsid w:val="006A29C2"/>
    <w:rsid w:val="006A51C4"/>
    <w:rsid w:val="00784C8C"/>
    <w:rsid w:val="007E3FBD"/>
    <w:rsid w:val="00824C4D"/>
    <w:rsid w:val="008B3BC3"/>
    <w:rsid w:val="008D5869"/>
    <w:rsid w:val="008E5725"/>
    <w:rsid w:val="00A77144"/>
    <w:rsid w:val="00AA1D8D"/>
    <w:rsid w:val="00B10A90"/>
    <w:rsid w:val="00B14785"/>
    <w:rsid w:val="00B4085E"/>
    <w:rsid w:val="00B46D0B"/>
    <w:rsid w:val="00B47730"/>
    <w:rsid w:val="00B752A6"/>
    <w:rsid w:val="00B766AA"/>
    <w:rsid w:val="00C00EEA"/>
    <w:rsid w:val="00C42EF1"/>
    <w:rsid w:val="00C53C35"/>
    <w:rsid w:val="00CB0664"/>
    <w:rsid w:val="00D22B7B"/>
    <w:rsid w:val="00D508DE"/>
    <w:rsid w:val="00D71BAA"/>
    <w:rsid w:val="00D848F1"/>
    <w:rsid w:val="00E40E5C"/>
    <w:rsid w:val="00E42355"/>
    <w:rsid w:val="00E74AA2"/>
    <w:rsid w:val="00EE3519"/>
    <w:rsid w:val="00F03DE3"/>
    <w:rsid w:val="00F07858"/>
    <w:rsid w:val="00F45447"/>
    <w:rsid w:val="00FB2E9A"/>
    <w:rsid w:val="00FC241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EC2A77"/>
  <w14:defaultImageDpi w14:val="300"/>
  <w15:docId w15:val="{9562312F-A89D-420F-8279-9A0B4541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4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39</cp:revision>
  <cp:lastPrinted>2026-06-05T01:44:00Z</cp:lastPrinted>
  <dcterms:created xsi:type="dcterms:W3CDTF">2025-12-19T01:51:00Z</dcterms:created>
  <dcterms:modified xsi:type="dcterms:W3CDTF">2026-06-19T03:38:00Z</dcterms:modified>
  <cp:category/>
</cp:coreProperties>
</file>