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39DF6" w14:textId="3C87B4F6" w:rsidR="00EF7D79" w:rsidRDefault="00EF7D79" w:rsidP="00EF7D79">
      <w:pPr>
        <w:ind w:firstLine="1134"/>
        <w:rPr>
          <w:rFonts w:asciiTheme="majorHAnsi" w:hAnsiTheme="majorHAnsi" w:cstheme="majorHAnsi"/>
          <w:b/>
          <w:noProof/>
          <w:sz w:val="40"/>
          <w:szCs w:val="40"/>
        </w:rPr>
      </w:pPr>
      <w:r w:rsidRPr="003E0087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82F3DB9" wp14:editId="1879F40B">
            <wp:simplePos x="0" y="0"/>
            <wp:positionH relativeFrom="column">
              <wp:posOffset>155575</wp:posOffset>
            </wp:positionH>
            <wp:positionV relativeFrom="paragraph">
              <wp:posOffset>10795</wp:posOffset>
            </wp:positionV>
            <wp:extent cx="803910" cy="990600"/>
            <wp:effectExtent l="0" t="0" r="0" b="0"/>
            <wp:wrapTight wrapText="bothSides">
              <wp:wrapPolygon edited="0">
                <wp:start x="0" y="0"/>
                <wp:lineTo x="512" y="14954"/>
                <wp:lineTo x="6142" y="20354"/>
                <wp:lineTo x="9213" y="21185"/>
                <wp:lineTo x="11261" y="21185"/>
                <wp:lineTo x="14332" y="20354"/>
                <wp:lineTo x="20474" y="14538"/>
                <wp:lineTo x="20474" y="0"/>
                <wp:lineTo x="0" y="0"/>
              </wp:wrapPolygon>
            </wp:wrapTight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78978" w14:textId="3938714E" w:rsidR="004E7C71" w:rsidRDefault="00DD7F1B" w:rsidP="00EF7D79">
      <w:pPr>
        <w:ind w:firstLine="1276"/>
        <w:rPr>
          <w:rFonts w:ascii="Calibri" w:hAnsi="Calibri" w:cs="Calibri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t xml:space="preserve">Readers &amp; Intercessor Roster </w:t>
      </w:r>
      <w:r w:rsidR="003B49EF">
        <w:rPr>
          <w:rFonts w:asciiTheme="majorHAnsi" w:hAnsiTheme="majorHAnsi" w:cstheme="majorHAnsi"/>
          <w:b/>
          <w:sz w:val="40"/>
          <w:szCs w:val="40"/>
        </w:rPr>
        <w:t xml:space="preserve">April – June </w:t>
      </w:r>
      <w:r w:rsidR="00F225D0" w:rsidRPr="003E0087">
        <w:rPr>
          <w:rFonts w:asciiTheme="majorHAnsi" w:hAnsiTheme="majorHAnsi" w:cstheme="majorHAnsi"/>
          <w:b/>
          <w:sz w:val="40"/>
          <w:szCs w:val="40"/>
        </w:rPr>
        <w:t>2026</w:t>
      </w:r>
      <w:r w:rsidR="00F225D0" w:rsidRPr="003E0087">
        <w:rPr>
          <w:rFonts w:asciiTheme="majorHAnsi" w:hAnsiTheme="majorHAnsi" w:cstheme="majorHAnsi"/>
          <w:b/>
          <w:sz w:val="40"/>
          <w:szCs w:val="40"/>
        </w:rPr>
        <w:br/>
      </w:r>
    </w:p>
    <w:p w14:paraId="0D501D62" w14:textId="338698A2" w:rsidR="00C00033" w:rsidRDefault="00C00033">
      <w:pPr>
        <w:jc w:val="center"/>
        <w:rPr>
          <w:rFonts w:ascii="Calibri" w:hAnsi="Calibri" w:cs="Calibri"/>
        </w:rPr>
      </w:pPr>
    </w:p>
    <w:tbl>
      <w:tblPr>
        <w:tblStyle w:val="TableGrid"/>
        <w:tblW w:w="15355" w:type="dxa"/>
        <w:tblLook w:val="04A0" w:firstRow="1" w:lastRow="0" w:firstColumn="1" w:lastColumn="0" w:noHBand="0" w:noVBand="1"/>
      </w:tblPr>
      <w:tblGrid>
        <w:gridCol w:w="2170"/>
        <w:gridCol w:w="2030"/>
        <w:gridCol w:w="2413"/>
        <w:gridCol w:w="2171"/>
        <w:gridCol w:w="2171"/>
        <w:gridCol w:w="2413"/>
        <w:gridCol w:w="1987"/>
      </w:tblGrid>
      <w:tr w:rsidR="001041DC" w:rsidRPr="00011B69" w14:paraId="603D7CCB" w14:textId="77777777" w:rsidTr="001C00C7">
        <w:tc>
          <w:tcPr>
            <w:tcW w:w="2170" w:type="dxa"/>
          </w:tcPr>
          <w:p w14:paraId="63B57616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Date</w:t>
            </w:r>
          </w:p>
        </w:tc>
        <w:tc>
          <w:tcPr>
            <w:tcW w:w="2030" w:type="dxa"/>
          </w:tcPr>
          <w:p w14:paraId="438025E3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8:00am Reader</w:t>
            </w:r>
          </w:p>
        </w:tc>
        <w:tc>
          <w:tcPr>
            <w:tcW w:w="2413" w:type="dxa"/>
          </w:tcPr>
          <w:p w14:paraId="263A493D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8:00am Intercessor</w:t>
            </w:r>
          </w:p>
        </w:tc>
        <w:tc>
          <w:tcPr>
            <w:tcW w:w="2171" w:type="dxa"/>
          </w:tcPr>
          <w:p w14:paraId="25185F7C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9:30am Reader 1</w:t>
            </w:r>
          </w:p>
        </w:tc>
        <w:tc>
          <w:tcPr>
            <w:tcW w:w="2171" w:type="dxa"/>
          </w:tcPr>
          <w:p w14:paraId="3313E5F9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9:30am Reader 2</w:t>
            </w:r>
          </w:p>
        </w:tc>
        <w:tc>
          <w:tcPr>
            <w:tcW w:w="2413" w:type="dxa"/>
          </w:tcPr>
          <w:p w14:paraId="1D6A57B4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9:30am Intercessor</w:t>
            </w:r>
          </w:p>
        </w:tc>
        <w:tc>
          <w:tcPr>
            <w:tcW w:w="1987" w:type="dxa"/>
          </w:tcPr>
          <w:p w14:paraId="13B34A7E" w14:textId="77777777" w:rsidR="001041DC" w:rsidRPr="00011B69" w:rsidRDefault="001041DC" w:rsidP="0054780C">
            <w:pPr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b/>
                <w:sz w:val="26"/>
                <w:szCs w:val="26"/>
              </w:rPr>
              <w:t>Notes</w:t>
            </w:r>
          </w:p>
        </w:tc>
      </w:tr>
      <w:tr w:rsidR="001041DC" w:rsidRPr="00011B69" w14:paraId="14B780EB" w14:textId="77777777" w:rsidTr="001C00C7">
        <w:tc>
          <w:tcPr>
            <w:tcW w:w="2170" w:type="dxa"/>
          </w:tcPr>
          <w:p w14:paraId="31E95A5A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05 Apr 2026</w:t>
            </w:r>
          </w:p>
        </w:tc>
        <w:tc>
          <w:tcPr>
            <w:tcW w:w="2030" w:type="dxa"/>
          </w:tcPr>
          <w:p w14:paraId="603C0A08" w14:textId="106801CC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413" w:type="dxa"/>
          </w:tcPr>
          <w:p w14:paraId="7A59BEDA" w14:textId="464CEE8A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171" w:type="dxa"/>
          </w:tcPr>
          <w:p w14:paraId="5FFBAB40" w14:textId="1C533571" w:rsidR="001041DC" w:rsidRPr="00011B69" w:rsidRDefault="000B0114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2171" w:type="dxa"/>
          </w:tcPr>
          <w:p w14:paraId="54E5B268" w14:textId="3F35F4FC" w:rsidR="001041DC" w:rsidRPr="00011B69" w:rsidRDefault="000B0114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2413" w:type="dxa"/>
          </w:tcPr>
          <w:p w14:paraId="0AFA18CD" w14:textId="14044596" w:rsidR="001041DC" w:rsidRPr="00011B69" w:rsidRDefault="000B0114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1987" w:type="dxa"/>
          </w:tcPr>
          <w:p w14:paraId="37961BDB" w14:textId="2729B9D1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Easter Sunday</w:t>
            </w:r>
          </w:p>
        </w:tc>
      </w:tr>
      <w:tr w:rsidR="001041DC" w:rsidRPr="00011B69" w14:paraId="73BCE70E" w14:textId="77777777" w:rsidTr="001C00C7">
        <w:tc>
          <w:tcPr>
            <w:tcW w:w="2170" w:type="dxa"/>
          </w:tcPr>
          <w:p w14:paraId="5ED98179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12 Apr 2026</w:t>
            </w:r>
          </w:p>
        </w:tc>
        <w:tc>
          <w:tcPr>
            <w:tcW w:w="2030" w:type="dxa"/>
          </w:tcPr>
          <w:p w14:paraId="5948F172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Kath Fisher</w:t>
            </w:r>
          </w:p>
        </w:tc>
        <w:tc>
          <w:tcPr>
            <w:tcW w:w="2413" w:type="dxa"/>
          </w:tcPr>
          <w:p w14:paraId="5E63913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2CC7771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Chris Cahill</w:t>
            </w:r>
          </w:p>
        </w:tc>
        <w:tc>
          <w:tcPr>
            <w:tcW w:w="2171" w:type="dxa"/>
          </w:tcPr>
          <w:p w14:paraId="7B2FEA4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Didy Button</w:t>
            </w:r>
          </w:p>
        </w:tc>
        <w:tc>
          <w:tcPr>
            <w:tcW w:w="2413" w:type="dxa"/>
          </w:tcPr>
          <w:p w14:paraId="783C29A4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Inara Powell</w:t>
            </w:r>
          </w:p>
        </w:tc>
        <w:tc>
          <w:tcPr>
            <w:tcW w:w="1987" w:type="dxa"/>
          </w:tcPr>
          <w:p w14:paraId="37167615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2F994D4A" w14:textId="77777777" w:rsidTr="001C00C7">
        <w:tc>
          <w:tcPr>
            <w:tcW w:w="2170" w:type="dxa"/>
          </w:tcPr>
          <w:p w14:paraId="30F905B7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19 Apr 2026</w:t>
            </w:r>
          </w:p>
        </w:tc>
        <w:tc>
          <w:tcPr>
            <w:tcW w:w="2030" w:type="dxa"/>
          </w:tcPr>
          <w:p w14:paraId="5C5CFA3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Swapna Deepak</w:t>
            </w:r>
          </w:p>
        </w:tc>
        <w:tc>
          <w:tcPr>
            <w:tcW w:w="2413" w:type="dxa"/>
          </w:tcPr>
          <w:p w14:paraId="75F928A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7298E8AD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Inara Powell</w:t>
            </w:r>
          </w:p>
        </w:tc>
        <w:tc>
          <w:tcPr>
            <w:tcW w:w="2171" w:type="dxa"/>
          </w:tcPr>
          <w:p w14:paraId="6F23319A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 Pugh</w:t>
            </w:r>
          </w:p>
        </w:tc>
        <w:tc>
          <w:tcPr>
            <w:tcW w:w="2413" w:type="dxa"/>
          </w:tcPr>
          <w:p w14:paraId="3432CB6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Jan Roberts</w:t>
            </w:r>
          </w:p>
        </w:tc>
        <w:tc>
          <w:tcPr>
            <w:tcW w:w="1987" w:type="dxa"/>
          </w:tcPr>
          <w:p w14:paraId="1BB2A60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2C1D655C" w14:textId="77777777" w:rsidTr="001C00C7">
        <w:tc>
          <w:tcPr>
            <w:tcW w:w="2170" w:type="dxa"/>
          </w:tcPr>
          <w:p w14:paraId="2736E06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26 Apr 2026</w:t>
            </w:r>
          </w:p>
        </w:tc>
        <w:tc>
          <w:tcPr>
            <w:tcW w:w="2030" w:type="dxa"/>
          </w:tcPr>
          <w:p w14:paraId="7F4CBFE9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Anne Brennan</w:t>
            </w:r>
          </w:p>
        </w:tc>
        <w:tc>
          <w:tcPr>
            <w:tcW w:w="2413" w:type="dxa"/>
          </w:tcPr>
          <w:p w14:paraId="3E6B59B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375C7B25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Jan Roberts</w:t>
            </w:r>
          </w:p>
        </w:tc>
        <w:tc>
          <w:tcPr>
            <w:tcW w:w="2171" w:type="dxa"/>
          </w:tcPr>
          <w:p w14:paraId="71ED1BD8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Julia Butler</w:t>
            </w:r>
          </w:p>
        </w:tc>
        <w:tc>
          <w:tcPr>
            <w:tcW w:w="2413" w:type="dxa"/>
          </w:tcPr>
          <w:p w14:paraId="305232C4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Lange Powell</w:t>
            </w:r>
          </w:p>
        </w:tc>
        <w:tc>
          <w:tcPr>
            <w:tcW w:w="1987" w:type="dxa"/>
          </w:tcPr>
          <w:p w14:paraId="5C72687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4433A572" w14:textId="77777777" w:rsidTr="001C00C7">
        <w:tc>
          <w:tcPr>
            <w:tcW w:w="2170" w:type="dxa"/>
          </w:tcPr>
          <w:p w14:paraId="7EC637A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03 May 2026</w:t>
            </w:r>
          </w:p>
        </w:tc>
        <w:tc>
          <w:tcPr>
            <w:tcW w:w="2030" w:type="dxa"/>
          </w:tcPr>
          <w:p w14:paraId="1551516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Kath Fisher</w:t>
            </w:r>
          </w:p>
        </w:tc>
        <w:tc>
          <w:tcPr>
            <w:tcW w:w="2413" w:type="dxa"/>
          </w:tcPr>
          <w:p w14:paraId="6BAD2A3E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6D3A8B7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2171" w:type="dxa"/>
          </w:tcPr>
          <w:p w14:paraId="7A04AF9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2413" w:type="dxa"/>
          </w:tcPr>
          <w:p w14:paraId="20D11497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1987" w:type="dxa"/>
          </w:tcPr>
          <w:p w14:paraId="100FAB84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Family Worship</w:t>
            </w:r>
          </w:p>
        </w:tc>
      </w:tr>
      <w:tr w:rsidR="001041DC" w:rsidRPr="00011B69" w14:paraId="5C61A7E2" w14:textId="77777777" w:rsidTr="001C00C7">
        <w:tc>
          <w:tcPr>
            <w:tcW w:w="2170" w:type="dxa"/>
          </w:tcPr>
          <w:p w14:paraId="0C5ECCA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10 May 2026</w:t>
            </w:r>
          </w:p>
        </w:tc>
        <w:tc>
          <w:tcPr>
            <w:tcW w:w="2030" w:type="dxa"/>
          </w:tcPr>
          <w:p w14:paraId="2BDCD12C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Pam Binks</w:t>
            </w:r>
          </w:p>
        </w:tc>
        <w:tc>
          <w:tcPr>
            <w:tcW w:w="2413" w:type="dxa"/>
          </w:tcPr>
          <w:p w14:paraId="51513D8E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34B34FB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Lange Powell</w:t>
            </w:r>
          </w:p>
        </w:tc>
        <w:tc>
          <w:tcPr>
            <w:tcW w:w="2171" w:type="dxa"/>
          </w:tcPr>
          <w:p w14:paraId="5E07201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Louise Zieseniss</w:t>
            </w:r>
          </w:p>
        </w:tc>
        <w:tc>
          <w:tcPr>
            <w:tcW w:w="2413" w:type="dxa"/>
          </w:tcPr>
          <w:p w14:paraId="5266D3B1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 Pugh</w:t>
            </w:r>
          </w:p>
        </w:tc>
        <w:tc>
          <w:tcPr>
            <w:tcW w:w="1987" w:type="dxa"/>
          </w:tcPr>
          <w:p w14:paraId="4DD4162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4ABF90BE" w14:textId="77777777" w:rsidTr="001C00C7">
        <w:tc>
          <w:tcPr>
            <w:tcW w:w="2170" w:type="dxa"/>
          </w:tcPr>
          <w:p w14:paraId="2972764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17 May 2026</w:t>
            </w:r>
          </w:p>
        </w:tc>
        <w:tc>
          <w:tcPr>
            <w:tcW w:w="2030" w:type="dxa"/>
          </w:tcPr>
          <w:p w14:paraId="273027DC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Swapna Deepak</w:t>
            </w:r>
          </w:p>
        </w:tc>
        <w:tc>
          <w:tcPr>
            <w:tcW w:w="2413" w:type="dxa"/>
          </w:tcPr>
          <w:p w14:paraId="7D75E0E2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2E41469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Nola Goldsmith</w:t>
            </w:r>
          </w:p>
        </w:tc>
        <w:tc>
          <w:tcPr>
            <w:tcW w:w="2171" w:type="dxa"/>
          </w:tcPr>
          <w:p w14:paraId="193F19CE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Rosemary Taylor</w:t>
            </w:r>
          </w:p>
        </w:tc>
        <w:tc>
          <w:tcPr>
            <w:tcW w:w="2413" w:type="dxa"/>
          </w:tcPr>
          <w:p w14:paraId="24CDB7B9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Inara Powell</w:t>
            </w:r>
          </w:p>
        </w:tc>
        <w:tc>
          <w:tcPr>
            <w:tcW w:w="1987" w:type="dxa"/>
          </w:tcPr>
          <w:p w14:paraId="030DFD6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586F7E5B" w14:textId="77777777" w:rsidTr="001C00C7">
        <w:tc>
          <w:tcPr>
            <w:tcW w:w="2170" w:type="dxa"/>
          </w:tcPr>
          <w:p w14:paraId="32209C92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24 May 2026</w:t>
            </w:r>
          </w:p>
        </w:tc>
        <w:tc>
          <w:tcPr>
            <w:tcW w:w="2030" w:type="dxa"/>
          </w:tcPr>
          <w:p w14:paraId="28236BD3" w14:textId="3D9788F8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413" w:type="dxa"/>
          </w:tcPr>
          <w:p w14:paraId="71EC4EDF" w14:textId="21F13554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  <w:tc>
          <w:tcPr>
            <w:tcW w:w="2171" w:type="dxa"/>
          </w:tcPr>
          <w:p w14:paraId="119ABD52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Kath Fisher</w:t>
            </w:r>
          </w:p>
        </w:tc>
        <w:tc>
          <w:tcPr>
            <w:tcW w:w="2171" w:type="dxa"/>
          </w:tcPr>
          <w:p w14:paraId="785DB37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Rosey Neeves</w:t>
            </w:r>
          </w:p>
        </w:tc>
        <w:tc>
          <w:tcPr>
            <w:tcW w:w="2413" w:type="dxa"/>
          </w:tcPr>
          <w:p w14:paraId="3DBA399D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Jan Roberts</w:t>
            </w:r>
          </w:p>
        </w:tc>
        <w:tc>
          <w:tcPr>
            <w:tcW w:w="1987" w:type="dxa"/>
          </w:tcPr>
          <w:p w14:paraId="2C41192C" w14:textId="530E74E3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Pentecost</w:t>
            </w:r>
          </w:p>
        </w:tc>
      </w:tr>
      <w:tr w:rsidR="001041DC" w:rsidRPr="00011B69" w14:paraId="514A27F8" w14:textId="77777777" w:rsidTr="001C00C7">
        <w:tc>
          <w:tcPr>
            <w:tcW w:w="2170" w:type="dxa"/>
          </w:tcPr>
          <w:p w14:paraId="484F4CF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31 May 2026</w:t>
            </w:r>
          </w:p>
        </w:tc>
        <w:tc>
          <w:tcPr>
            <w:tcW w:w="2030" w:type="dxa"/>
          </w:tcPr>
          <w:p w14:paraId="254771E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Pam Binks</w:t>
            </w:r>
          </w:p>
        </w:tc>
        <w:tc>
          <w:tcPr>
            <w:tcW w:w="2413" w:type="dxa"/>
          </w:tcPr>
          <w:p w14:paraId="40E94EC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5181354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Julie Gameau</w:t>
            </w:r>
          </w:p>
        </w:tc>
        <w:tc>
          <w:tcPr>
            <w:tcW w:w="2171" w:type="dxa"/>
          </w:tcPr>
          <w:p w14:paraId="64E531EA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Jackie Glover</w:t>
            </w:r>
          </w:p>
        </w:tc>
        <w:tc>
          <w:tcPr>
            <w:tcW w:w="2413" w:type="dxa"/>
          </w:tcPr>
          <w:p w14:paraId="47B8D16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Julia Butler</w:t>
            </w:r>
          </w:p>
        </w:tc>
        <w:tc>
          <w:tcPr>
            <w:tcW w:w="1987" w:type="dxa"/>
          </w:tcPr>
          <w:p w14:paraId="18460568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1D273CF0" w14:textId="77777777" w:rsidTr="001C00C7">
        <w:tc>
          <w:tcPr>
            <w:tcW w:w="2170" w:type="dxa"/>
          </w:tcPr>
          <w:p w14:paraId="24EC2FFC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07 Jun 2026</w:t>
            </w:r>
          </w:p>
        </w:tc>
        <w:tc>
          <w:tcPr>
            <w:tcW w:w="2030" w:type="dxa"/>
          </w:tcPr>
          <w:p w14:paraId="13F996B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Swapna Deepak</w:t>
            </w:r>
          </w:p>
        </w:tc>
        <w:tc>
          <w:tcPr>
            <w:tcW w:w="2413" w:type="dxa"/>
          </w:tcPr>
          <w:p w14:paraId="6916A3FE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Cathryn Fardon</w:t>
            </w:r>
          </w:p>
        </w:tc>
        <w:tc>
          <w:tcPr>
            <w:tcW w:w="2171" w:type="dxa"/>
          </w:tcPr>
          <w:p w14:paraId="249E411C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2171" w:type="dxa"/>
          </w:tcPr>
          <w:p w14:paraId="66348FFC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2413" w:type="dxa"/>
          </w:tcPr>
          <w:p w14:paraId="098494F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Children</w:t>
            </w:r>
          </w:p>
        </w:tc>
        <w:tc>
          <w:tcPr>
            <w:tcW w:w="1987" w:type="dxa"/>
          </w:tcPr>
          <w:p w14:paraId="3E534FC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Family Worship</w:t>
            </w:r>
          </w:p>
        </w:tc>
      </w:tr>
      <w:tr w:rsidR="001041DC" w:rsidRPr="00011B69" w14:paraId="7014B1D0" w14:textId="77777777" w:rsidTr="001C00C7">
        <w:tc>
          <w:tcPr>
            <w:tcW w:w="2170" w:type="dxa"/>
          </w:tcPr>
          <w:p w14:paraId="055981E8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14 Jun 2026</w:t>
            </w:r>
          </w:p>
        </w:tc>
        <w:tc>
          <w:tcPr>
            <w:tcW w:w="2030" w:type="dxa"/>
          </w:tcPr>
          <w:p w14:paraId="55D95608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Anne Brennan</w:t>
            </w:r>
          </w:p>
        </w:tc>
        <w:tc>
          <w:tcPr>
            <w:tcW w:w="2413" w:type="dxa"/>
          </w:tcPr>
          <w:p w14:paraId="0DC645F4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0A765B57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Jenny Stewart</w:t>
            </w:r>
          </w:p>
        </w:tc>
        <w:tc>
          <w:tcPr>
            <w:tcW w:w="2171" w:type="dxa"/>
          </w:tcPr>
          <w:p w14:paraId="799AC6D5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Pauline Glover</w:t>
            </w:r>
          </w:p>
        </w:tc>
        <w:tc>
          <w:tcPr>
            <w:tcW w:w="2413" w:type="dxa"/>
          </w:tcPr>
          <w:p w14:paraId="41CADC5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Lange Powell</w:t>
            </w:r>
          </w:p>
        </w:tc>
        <w:tc>
          <w:tcPr>
            <w:tcW w:w="1987" w:type="dxa"/>
          </w:tcPr>
          <w:p w14:paraId="1E745605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41A3E589" w14:textId="77777777" w:rsidTr="001C00C7">
        <w:tc>
          <w:tcPr>
            <w:tcW w:w="2170" w:type="dxa"/>
          </w:tcPr>
          <w:p w14:paraId="64F67B03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21 Jun 2026</w:t>
            </w:r>
          </w:p>
        </w:tc>
        <w:tc>
          <w:tcPr>
            <w:tcW w:w="2030" w:type="dxa"/>
          </w:tcPr>
          <w:p w14:paraId="5EDA0512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Cathryn Fardon</w:t>
            </w:r>
          </w:p>
        </w:tc>
        <w:tc>
          <w:tcPr>
            <w:tcW w:w="2413" w:type="dxa"/>
          </w:tcPr>
          <w:p w14:paraId="6D015B5A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Vari Booth</w:t>
            </w:r>
          </w:p>
        </w:tc>
        <w:tc>
          <w:tcPr>
            <w:tcW w:w="2171" w:type="dxa"/>
          </w:tcPr>
          <w:p w14:paraId="681A8766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Ellie Gharib</w:t>
            </w:r>
          </w:p>
        </w:tc>
        <w:tc>
          <w:tcPr>
            <w:tcW w:w="2171" w:type="dxa"/>
          </w:tcPr>
          <w:p w14:paraId="5CC9500F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Chris Cahill</w:t>
            </w:r>
          </w:p>
        </w:tc>
        <w:tc>
          <w:tcPr>
            <w:tcW w:w="2413" w:type="dxa"/>
          </w:tcPr>
          <w:p w14:paraId="321140E4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Louise Zieseniss</w:t>
            </w:r>
          </w:p>
        </w:tc>
        <w:tc>
          <w:tcPr>
            <w:tcW w:w="1987" w:type="dxa"/>
          </w:tcPr>
          <w:p w14:paraId="5AF344D1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1041DC" w:rsidRPr="00011B69" w14:paraId="55FCFD1F" w14:textId="77777777" w:rsidTr="001C00C7">
        <w:tc>
          <w:tcPr>
            <w:tcW w:w="2170" w:type="dxa"/>
          </w:tcPr>
          <w:p w14:paraId="47A989E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Sun 28 Jun 2026</w:t>
            </w:r>
          </w:p>
        </w:tc>
        <w:tc>
          <w:tcPr>
            <w:tcW w:w="2030" w:type="dxa"/>
          </w:tcPr>
          <w:p w14:paraId="4E1CCB58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Kath Fisher</w:t>
            </w:r>
          </w:p>
        </w:tc>
        <w:tc>
          <w:tcPr>
            <w:tcW w:w="2413" w:type="dxa"/>
          </w:tcPr>
          <w:p w14:paraId="41B1DA0B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Dan Fardon</w:t>
            </w:r>
          </w:p>
        </w:tc>
        <w:tc>
          <w:tcPr>
            <w:tcW w:w="2171" w:type="dxa"/>
          </w:tcPr>
          <w:p w14:paraId="5F06A120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Didy Button</w:t>
            </w:r>
          </w:p>
        </w:tc>
        <w:tc>
          <w:tcPr>
            <w:tcW w:w="2171" w:type="dxa"/>
          </w:tcPr>
          <w:p w14:paraId="1C602D42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Inara Powell</w:t>
            </w:r>
          </w:p>
        </w:tc>
        <w:tc>
          <w:tcPr>
            <w:tcW w:w="2413" w:type="dxa"/>
          </w:tcPr>
          <w:p w14:paraId="30B4EE48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  <w:r w:rsidRPr="00011B69">
              <w:rPr>
                <w:rFonts w:asciiTheme="majorHAnsi" w:hAnsiTheme="majorHAnsi" w:cstheme="majorHAnsi"/>
                <w:sz w:val="26"/>
                <w:szCs w:val="26"/>
              </w:rPr>
              <w:t>Kat Pugh</w:t>
            </w:r>
          </w:p>
        </w:tc>
        <w:tc>
          <w:tcPr>
            <w:tcW w:w="1987" w:type="dxa"/>
          </w:tcPr>
          <w:p w14:paraId="28260791" w14:textId="77777777" w:rsidR="001041DC" w:rsidRPr="00011B69" w:rsidRDefault="001041DC" w:rsidP="0054780C">
            <w:pPr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</w:tbl>
    <w:p w14:paraId="11D7C1FE" w14:textId="4D927906" w:rsidR="004E7C71" w:rsidRDefault="004E7C71" w:rsidP="00C73523">
      <w:pPr>
        <w:rPr>
          <w:rFonts w:ascii="Calibri" w:hAnsi="Calibri" w:cs="Calibri"/>
        </w:rPr>
      </w:pPr>
    </w:p>
    <w:p w14:paraId="5F4CAD19" w14:textId="77777777" w:rsidR="00DA32A4" w:rsidRPr="008B788B" w:rsidRDefault="00DA32A4" w:rsidP="00C73523">
      <w:pPr>
        <w:rPr>
          <w:rFonts w:ascii="Calibri" w:hAnsi="Calibri" w:cs="Calibri"/>
        </w:rPr>
      </w:pPr>
    </w:p>
    <w:sectPr w:rsidR="00DA32A4" w:rsidRPr="008B788B" w:rsidSect="000454A0">
      <w:pgSz w:w="16838" w:h="11906" w:orient="landscape"/>
      <w:pgMar w:top="850" w:right="850" w:bottom="850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9FFF4" w14:textId="77777777" w:rsidR="00DB2E1C" w:rsidRDefault="00DB2E1C">
      <w:pPr>
        <w:spacing w:after="0" w:line="240" w:lineRule="auto"/>
      </w:pPr>
      <w:r>
        <w:separator/>
      </w:r>
    </w:p>
  </w:endnote>
  <w:endnote w:type="continuationSeparator" w:id="0">
    <w:p w14:paraId="3F6F233A" w14:textId="77777777" w:rsidR="00DB2E1C" w:rsidRDefault="00DB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B8F73" w14:textId="77777777" w:rsidR="00DB2E1C" w:rsidRDefault="00DB2E1C">
      <w:pPr>
        <w:spacing w:after="0" w:line="240" w:lineRule="auto"/>
      </w:pPr>
      <w:r>
        <w:separator/>
      </w:r>
    </w:p>
  </w:footnote>
  <w:footnote w:type="continuationSeparator" w:id="0">
    <w:p w14:paraId="0DA15FC6" w14:textId="77777777" w:rsidR="00DB2E1C" w:rsidRDefault="00DB2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5236835">
    <w:abstractNumId w:val="8"/>
  </w:num>
  <w:num w:numId="2" w16cid:durableId="678116342">
    <w:abstractNumId w:val="6"/>
  </w:num>
  <w:num w:numId="3" w16cid:durableId="201483019">
    <w:abstractNumId w:val="5"/>
  </w:num>
  <w:num w:numId="4" w16cid:durableId="425468941">
    <w:abstractNumId w:val="4"/>
  </w:num>
  <w:num w:numId="5" w16cid:durableId="1569223095">
    <w:abstractNumId w:val="7"/>
  </w:num>
  <w:num w:numId="6" w16cid:durableId="483549494">
    <w:abstractNumId w:val="3"/>
  </w:num>
  <w:num w:numId="7" w16cid:durableId="1916433510">
    <w:abstractNumId w:val="2"/>
  </w:num>
  <w:num w:numId="8" w16cid:durableId="1786388524">
    <w:abstractNumId w:val="1"/>
  </w:num>
  <w:num w:numId="9" w16cid:durableId="1615988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097C"/>
    <w:rsid w:val="00011B69"/>
    <w:rsid w:val="00034616"/>
    <w:rsid w:val="000454A0"/>
    <w:rsid w:val="0006063C"/>
    <w:rsid w:val="000B0114"/>
    <w:rsid w:val="001041DC"/>
    <w:rsid w:val="0015074B"/>
    <w:rsid w:val="001C00C7"/>
    <w:rsid w:val="001F1AF0"/>
    <w:rsid w:val="002579F4"/>
    <w:rsid w:val="0029639D"/>
    <w:rsid w:val="00326F90"/>
    <w:rsid w:val="003358F8"/>
    <w:rsid w:val="0035371E"/>
    <w:rsid w:val="00377B87"/>
    <w:rsid w:val="003B49EF"/>
    <w:rsid w:val="004E6ABB"/>
    <w:rsid w:val="004E7C71"/>
    <w:rsid w:val="007227A0"/>
    <w:rsid w:val="007630A5"/>
    <w:rsid w:val="007A0CC5"/>
    <w:rsid w:val="00850E0D"/>
    <w:rsid w:val="008B788B"/>
    <w:rsid w:val="008D5869"/>
    <w:rsid w:val="00943ED2"/>
    <w:rsid w:val="00AA1D8D"/>
    <w:rsid w:val="00B47730"/>
    <w:rsid w:val="00C00033"/>
    <w:rsid w:val="00C73523"/>
    <w:rsid w:val="00C80A75"/>
    <w:rsid w:val="00CB0664"/>
    <w:rsid w:val="00DA32A4"/>
    <w:rsid w:val="00DB2E1C"/>
    <w:rsid w:val="00DD7F1B"/>
    <w:rsid w:val="00ED1845"/>
    <w:rsid w:val="00EE44FA"/>
    <w:rsid w:val="00EF7D79"/>
    <w:rsid w:val="00F14D37"/>
    <w:rsid w:val="00F225D0"/>
    <w:rsid w:val="00F22BE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BBC49F"/>
  <w14:defaultImageDpi w14:val="300"/>
  <w15:docId w15:val="{6D94F3DA-C140-430B-AAD2-52AF73ED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DA32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00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24</cp:revision>
  <dcterms:created xsi:type="dcterms:W3CDTF">2025-12-24T01:28:00Z</dcterms:created>
  <dcterms:modified xsi:type="dcterms:W3CDTF">2026-03-25T02:20:00Z</dcterms:modified>
  <cp:category/>
</cp:coreProperties>
</file>