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DA8D5" w14:textId="615716DB" w:rsidR="009F177D" w:rsidRPr="003E383B" w:rsidRDefault="009F177D" w:rsidP="00DB1987">
      <w:pPr>
        <w:spacing w:after="0"/>
        <w:jc w:val="center"/>
        <w:rPr>
          <w:rFonts w:ascii="Calibri" w:hAnsi="Calibri" w:cs="Calibri"/>
          <w:b/>
          <w:sz w:val="30"/>
          <w:szCs w:val="30"/>
        </w:rPr>
      </w:pPr>
      <w:r w:rsidRPr="003E383B">
        <w:rPr>
          <w:rFonts w:ascii="Calibri" w:hAnsi="Calibri" w:cs="Calibri"/>
          <w:b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2A7503E" wp14:editId="4491E4AB">
            <wp:simplePos x="0" y="0"/>
            <wp:positionH relativeFrom="column">
              <wp:posOffset>361950</wp:posOffset>
            </wp:positionH>
            <wp:positionV relativeFrom="paragraph">
              <wp:posOffset>13970</wp:posOffset>
            </wp:positionV>
            <wp:extent cx="803910" cy="990600"/>
            <wp:effectExtent l="0" t="0" r="0" b="0"/>
            <wp:wrapTight wrapText="bothSides">
              <wp:wrapPolygon edited="0">
                <wp:start x="0" y="0"/>
                <wp:lineTo x="512" y="14954"/>
                <wp:lineTo x="6142" y="20354"/>
                <wp:lineTo x="9213" y="21185"/>
                <wp:lineTo x="11261" y="21185"/>
                <wp:lineTo x="14332" y="20354"/>
                <wp:lineTo x="20474" y="14538"/>
                <wp:lineTo x="20474" y="0"/>
                <wp:lineTo x="0" y="0"/>
              </wp:wrapPolygon>
            </wp:wrapTight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B63AB" w14:textId="46C7ECDD" w:rsidR="00DB1987" w:rsidRPr="003E383B" w:rsidRDefault="00DB1987" w:rsidP="00DB1987">
      <w:pPr>
        <w:spacing w:after="0"/>
        <w:jc w:val="center"/>
        <w:rPr>
          <w:rFonts w:ascii="Calibri" w:hAnsi="Calibri" w:cs="Calibri"/>
          <w:b/>
          <w:sz w:val="40"/>
          <w:szCs w:val="40"/>
        </w:rPr>
      </w:pPr>
      <w:r w:rsidRPr="003E383B">
        <w:rPr>
          <w:rFonts w:ascii="Calibri" w:hAnsi="Calibri" w:cs="Calibri"/>
          <w:b/>
          <w:sz w:val="40"/>
          <w:szCs w:val="40"/>
        </w:rPr>
        <w:t xml:space="preserve">9.30am Morning Tea Roster </w:t>
      </w:r>
      <w:r w:rsidR="00FD330C">
        <w:rPr>
          <w:rFonts w:ascii="Calibri" w:hAnsi="Calibri" w:cs="Calibri"/>
          <w:b/>
          <w:sz w:val="40"/>
          <w:szCs w:val="40"/>
        </w:rPr>
        <w:t xml:space="preserve">April – June </w:t>
      </w:r>
      <w:r w:rsidRPr="003E383B">
        <w:rPr>
          <w:rFonts w:ascii="Calibri" w:hAnsi="Calibri" w:cs="Calibri"/>
          <w:b/>
          <w:sz w:val="40"/>
          <w:szCs w:val="40"/>
        </w:rPr>
        <w:t>2026</w:t>
      </w:r>
    </w:p>
    <w:p w14:paraId="5E013230" w14:textId="555B46ED" w:rsidR="00D279E7" w:rsidRPr="003E383B" w:rsidRDefault="00D279E7" w:rsidP="00653976">
      <w:pPr>
        <w:jc w:val="center"/>
        <w:rPr>
          <w:rFonts w:ascii="Calibri" w:hAnsi="Calibri" w:cs="Calibri"/>
          <w:sz w:val="30"/>
          <w:szCs w:val="30"/>
        </w:rPr>
      </w:pPr>
    </w:p>
    <w:p w14:paraId="6EEF5438" w14:textId="77777777" w:rsidR="00D279E7" w:rsidRPr="003E383B" w:rsidRDefault="00D279E7">
      <w:pPr>
        <w:rPr>
          <w:rFonts w:ascii="Calibri" w:hAnsi="Calibri" w:cs="Calibri"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237"/>
        <w:gridCol w:w="1431"/>
      </w:tblGrid>
      <w:tr w:rsidR="00EF209E" w:rsidRPr="00EF209E" w14:paraId="18EF92E7" w14:textId="77777777" w:rsidTr="00EF209E">
        <w:trPr>
          <w:jc w:val="center"/>
        </w:trPr>
        <w:tc>
          <w:tcPr>
            <w:tcW w:w="2122" w:type="dxa"/>
          </w:tcPr>
          <w:p w14:paraId="53B23559" w14:textId="77777777" w:rsidR="00EF209E" w:rsidRPr="006E5589" w:rsidRDefault="00EF209E" w:rsidP="00E77E7C">
            <w:pP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6E558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Date</w:t>
            </w:r>
          </w:p>
        </w:tc>
        <w:tc>
          <w:tcPr>
            <w:tcW w:w="6237" w:type="dxa"/>
          </w:tcPr>
          <w:p w14:paraId="76B58566" w14:textId="77777777" w:rsidR="00EF209E" w:rsidRPr="006E5589" w:rsidRDefault="00EF209E" w:rsidP="00E77E7C">
            <w:pP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6E558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Volunteers</w:t>
            </w:r>
          </w:p>
        </w:tc>
        <w:tc>
          <w:tcPr>
            <w:tcW w:w="1420" w:type="dxa"/>
          </w:tcPr>
          <w:p w14:paraId="2CCB93BD" w14:textId="77777777" w:rsidR="00EF209E" w:rsidRPr="006E5589" w:rsidRDefault="00EF209E" w:rsidP="00E77E7C">
            <w:pPr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</w:pPr>
            <w:r w:rsidRPr="006E5589">
              <w:rPr>
                <w:rFonts w:asciiTheme="majorHAnsi" w:hAnsiTheme="majorHAnsi" w:cstheme="majorHAnsi"/>
                <w:b/>
                <w:bCs/>
                <w:sz w:val="30"/>
                <w:szCs w:val="30"/>
              </w:rPr>
              <w:t>Notes</w:t>
            </w:r>
          </w:p>
        </w:tc>
      </w:tr>
      <w:tr w:rsidR="00EF209E" w:rsidRPr="00EF209E" w14:paraId="5B3D7F3F" w14:textId="77777777" w:rsidTr="00EF209E">
        <w:trPr>
          <w:jc w:val="center"/>
        </w:trPr>
        <w:tc>
          <w:tcPr>
            <w:tcW w:w="2122" w:type="dxa"/>
          </w:tcPr>
          <w:p w14:paraId="39E36835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05 Apr 2026</w:t>
            </w:r>
          </w:p>
        </w:tc>
        <w:tc>
          <w:tcPr>
            <w:tcW w:w="6237" w:type="dxa"/>
          </w:tcPr>
          <w:p w14:paraId="64218D3F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Susann Svensson, Christer Svensson, Rosey Neeves, Inara Powell</w:t>
            </w:r>
          </w:p>
        </w:tc>
        <w:tc>
          <w:tcPr>
            <w:tcW w:w="1420" w:type="dxa"/>
          </w:tcPr>
          <w:p w14:paraId="76349B7A" w14:textId="78D4DC52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 xml:space="preserve">Easter </w:t>
            </w:r>
          </w:p>
        </w:tc>
      </w:tr>
      <w:tr w:rsidR="00EF209E" w:rsidRPr="00EF209E" w14:paraId="490FA9BF" w14:textId="77777777" w:rsidTr="00EF209E">
        <w:trPr>
          <w:jc w:val="center"/>
        </w:trPr>
        <w:tc>
          <w:tcPr>
            <w:tcW w:w="2122" w:type="dxa"/>
          </w:tcPr>
          <w:p w14:paraId="61476B54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12 Apr 2026</w:t>
            </w:r>
          </w:p>
        </w:tc>
        <w:tc>
          <w:tcPr>
            <w:tcW w:w="6237" w:type="dxa"/>
          </w:tcPr>
          <w:p w14:paraId="0BED4E62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Heather Wagner, Nola Goldsmith</w:t>
            </w:r>
          </w:p>
        </w:tc>
        <w:tc>
          <w:tcPr>
            <w:tcW w:w="1420" w:type="dxa"/>
          </w:tcPr>
          <w:p w14:paraId="29E4C96A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24B8B5DE" w14:textId="77777777" w:rsidTr="00EF209E">
        <w:trPr>
          <w:jc w:val="center"/>
        </w:trPr>
        <w:tc>
          <w:tcPr>
            <w:tcW w:w="2122" w:type="dxa"/>
          </w:tcPr>
          <w:p w14:paraId="78EFCDBD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19 Apr 2026</w:t>
            </w:r>
          </w:p>
        </w:tc>
        <w:tc>
          <w:tcPr>
            <w:tcW w:w="6237" w:type="dxa"/>
          </w:tcPr>
          <w:p w14:paraId="22B4C532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Ellie Gharib, Pam Patritti</w:t>
            </w:r>
          </w:p>
        </w:tc>
        <w:tc>
          <w:tcPr>
            <w:tcW w:w="1420" w:type="dxa"/>
          </w:tcPr>
          <w:p w14:paraId="0BFDDA9F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418538E5" w14:textId="77777777" w:rsidTr="00EF209E">
        <w:trPr>
          <w:jc w:val="center"/>
        </w:trPr>
        <w:tc>
          <w:tcPr>
            <w:tcW w:w="2122" w:type="dxa"/>
          </w:tcPr>
          <w:p w14:paraId="5D25D0A6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26 Apr 2026</w:t>
            </w:r>
          </w:p>
        </w:tc>
        <w:tc>
          <w:tcPr>
            <w:tcW w:w="6237" w:type="dxa"/>
          </w:tcPr>
          <w:p w14:paraId="0EC269B1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Inara Powell, Heather Felgate</w:t>
            </w:r>
          </w:p>
        </w:tc>
        <w:tc>
          <w:tcPr>
            <w:tcW w:w="1420" w:type="dxa"/>
          </w:tcPr>
          <w:p w14:paraId="535D68AB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636356E2" w14:textId="77777777" w:rsidTr="00EF209E">
        <w:trPr>
          <w:jc w:val="center"/>
        </w:trPr>
        <w:tc>
          <w:tcPr>
            <w:tcW w:w="2122" w:type="dxa"/>
          </w:tcPr>
          <w:p w14:paraId="2EE47BB0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03 May 2026</w:t>
            </w:r>
          </w:p>
        </w:tc>
        <w:tc>
          <w:tcPr>
            <w:tcW w:w="6237" w:type="dxa"/>
          </w:tcPr>
          <w:p w14:paraId="0E69E841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Ellie Gharib, Pam Patritti</w:t>
            </w:r>
          </w:p>
        </w:tc>
        <w:tc>
          <w:tcPr>
            <w:tcW w:w="1420" w:type="dxa"/>
          </w:tcPr>
          <w:p w14:paraId="0FFFCCE0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471E32AC" w14:textId="77777777" w:rsidTr="00EF209E">
        <w:trPr>
          <w:jc w:val="center"/>
        </w:trPr>
        <w:tc>
          <w:tcPr>
            <w:tcW w:w="2122" w:type="dxa"/>
          </w:tcPr>
          <w:p w14:paraId="75090E11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10 May 2026</w:t>
            </w:r>
          </w:p>
        </w:tc>
        <w:tc>
          <w:tcPr>
            <w:tcW w:w="6237" w:type="dxa"/>
          </w:tcPr>
          <w:p w14:paraId="776D8694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Nola Goldsmith, Heather Wagner</w:t>
            </w:r>
          </w:p>
        </w:tc>
        <w:tc>
          <w:tcPr>
            <w:tcW w:w="1420" w:type="dxa"/>
          </w:tcPr>
          <w:p w14:paraId="3FD0C4E4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396CF1A8" w14:textId="77777777" w:rsidTr="00EF209E">
        <w:trPr>
          <w:jc w:val="center"/>
        </w:trPr>
        <w:tc>
          <w:tcPr>
            <w:tcW w:w="2122" w:type="dxa"/>
          </w:tcPr>
          <w:p w14:paraId="6C8AD423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17 May 2026</w:t>
            </w:r>
          </w:p>
        </w:tc>
        <w:tc>
          <w:tcPr>
            <w:tcW w:w="6237" w:type="dxa"/>
          </w:tcPr>
          <w:p w14:paraId="24F932E2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Didy Button, Heather Felgate</w:t>
            </w:r>
          </w:p>
        </w:tc>
        <w:tc>
          <w:tcPr>
            <w:tcW w:w="1420" w:type="dxa"/>
          </w:tcPr>
          <w:p w14:paraId="0721DECC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3BAE231F" w14:textId="77777777" w:rsidTr="00EF209E">
        <w:trPr>
          <w:jc w:val="center"/>
        </w:trPr>
        <w:tc>
          <w:tcPr>
            <w:tcW w:w="2122" w:type="dxa"/>
          </w:tcPr>
          <w:p w14:paraId="237F80B1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24 May 2026</w:t>
            </w:r>
          </w:p>
        </w:tc>
        <w:tc>
          <w:tcPr>
            <w:tcW w:w="6237" w:type="dxa"/>
          </w:tcPr>
          <w:p w14:paraId="6D78C4CA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Ellie Gharib, Pam Patritti, Nola Goldsmith, Heather Wagner</w:t>
            </w:r>
          </w:p>
        </w:tc>
        <w:tc>
          <w:tcPr>
            <w:tcW w:w="1420" w:type="dxa"/>
          </w:tcPr>
          <w:p w14:paraId="4D2265F4" w14:textId="19153ACA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 xml:space="preserve">Pentecost </w:t>
            </w:r>
          </w:p>
        </w:tc>
      </w:tr>
      <w:tr w:rsidR="00EF209E" w:rsidRPr="00EF209E" w14:paraId="3F7D0AC1" w14:textId="77777777" w:rsidTr="00EF209E">
        <w:trPr>
          <w:jc w:val="center"/>
        </w:trPr>
        <w:tc>
          <w:tcPr>
            <w:tcW w:w="2122" w:type="dxa"/>
          </w:tcPr>
          <w:p w14:paraId="2286422B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31 May 2026</w:t>
            </w:r>
          </w:p>
        </w:tc>
        <w:tc>
          <w:tcPr>
            <w:tcW w:w="6237" w:type="dxa"/>
          </w:tcPr>
          <w:p w14:paraId="13A5204C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Inara Powell, Heather Wagner</w:t>
            </w:r>
          </w:p>
        </w:tc>
        <w:tc>
          <w:tcPr>
            <w:tcW w:w="1420" w:type="dxa"/>
          </w:tcPr>
          <w:p w14:paraId="40D4D1AF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0580642A" w14:textId="77777777" w:rsidTr="00EF209E">
        <w:trPr>
          <w:jc w:val="center"/>
        </w:trPr>
        <w:tc>
          <w:tcPr>
            <w:tcW w:w="2122" w:type="dxa"/>
          </w:tcPr>
          <w:p w14:paraId="3B126255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07 Jun 2026</w:t>
            </w:r>
          </w:p>
        </w:tc>
        <w:tc>
          <w:tcPr>
            <w:tcW w:w="6237" w:type="dxa"/>
          </w:tcPr>
          <w:p w14:paraId="4B533703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Ellie Gharib, Pam Patritti</w:t>
            </w:r>
          </w:p>
        </w:tc>
        <w:tc>
          <w:tcPr>
            <w:tcW w:w="1420" w:type="dxa"/>
          </w:tcPr>
          <w:p w14:paraId="527249A7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70EF5756" w14:textId="77777777" w:rsidTr="00EF209E">
        <w:trPr>
          <w:jc w:val="center"/>
        </w:trPr>
        <w:tc>
          <w:tcPr>
            <w:tcW w:w="2122" w:type="dxa"/>
          </w:tcPr>
          <w:p w14:paraId="298F403A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14 Jun 2026</w:t>
            </w:r>
          </w:p>
        </w:tc>
        <w:tc>
          <w:tcPr>
            <w:tcW w:w="6237" w:type="dxa"/>
          </w:tcPr>
          <w:p w14:paraId="779FC7E9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Didy Button, Rosey Neeves</w:t>
            </w:r>
          </w:p>
        </w:tc>
        <w:tc>
          <w:tcPr>
            <w:tcW w:w="1420" w:type="dxa"/>
          </w:tcPr>
          <w:p w14:paraId="47C5237D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74E8A556" w14:textId="77777777" w:rsidTr="00EF209E">
        <w:trPr>
          <w:jc w:val="center"/>
        </w:trPr>
        <w:tc>
          <w:tcPr>
            <w:tcW w:w="2122" w:type="dxa"/>
          </w:tcPr>
          <w:p w14:paraId="28F671C9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21 Jun 2026</w:t>
            </w:r>
          </w:p>
        </w:tc>
        <w:tc>
          <w:tcPr>
            <w:tcW w:w="6237" w:type="dxa"/>
          </w:tcPr>
          <w:p w14:paraId="1177E318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Ellie Gharib, Pam Patritti</w:t>
            </w:r>
          </w:p>
        </w:tc>
        <w:tc>
          <w:tcPr>
            <w:tcW w:w="1420" w:type="dxa"/>
          </w:tcPr>
          <w:p w14:paraId="3F4FD69A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  <w:tr w:rsidR="00EF209E" w:rsidRPr="00EF209E" w14:paraId="2AFE1337" w14:textId="77777777" w:rsidTr="00EF209E">
        <w:trPr>
          <w:jc w:val="center"/>
        </w:trPr>
        <w:tc>
          <w:tcPr>
            <w:tcW w:w="2122" w:type="dxa"/>
          </w:tcPr>
          <w:p w14:paraId="1C1BDAD1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28 Jun 2026</w:t>
            </w:r>
          </w:p>
        </w:tc>
        <w:tc>
          <w:tcPr>
            <w:tcW w:w="6237" w:type="dxa"/>
          </w:tcPr>
          <w:p w14:paraId="73A64017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  <w:r w:rsidRPr="00EF209E">
              <w:rPr>
                <w:rFonts w:asciiTheme="majorHAnsi" w:hAnsiTheme="majorHAnsi" w:cstheme="majorHAnsi"/>
                <w:sz w:val="30"/>
                <w:szCs w:val="30"/>
              </w:rPr>
              <w:t>Susann Svensson, Christer Svensson</w:t>
            </w:r>
          </w:p>
        </w:tc>
        <w:tc>
          <w:tcPr>
            <w:tcW w:w="1420" w:type="dxa"/>
          </w:tcPr>
          <w:p w14:paraId="4BF5AD16" w14:textId="77777777" w:rsidR="00EF209E" w:rsidRPr="00EF209E" w:rsidRDefault="00EF209E" w:rsidP="00E77E7C">
            <w:pPr>
              <w:rPr>
                <w:rFonts w:asciiTheme="majorHAnsi" w:hAnsiTheme="majorHAnsi" w:cstheme="majorHAnsi"/>
                <w:sz w:val="30"/>
                <w:szCs w:val="30"/>
              </w:rPr>
            </w:pPr>
          </w:p>
        </w:tc>
      </w:tr>
    </w:tbl>
    <w:p w14:paraId="77A3E00E" w14:textId="77777777" w:rsidR="00D279E7" w:rsidRPr="003E383B" w:rsidRDefault="00D279E7">
      <w:pPr>
        <w:rPr>
          <w:rFonts w:ascii="Calibri" w:hAnsi="Calibri" w:cs="Calibri"/>
          <w:sz w:val="30"/>
          <w:szCs w:val="30"/>
        </w:rPr>
      </w:pPr>
    </w:p>
    <w:sectPr w:rsidR="00D279E7" w:rsidRPr="003E383B" w:rsidSect="009F17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44458323">
    <w:abstractNumId w:val="8"/>
  </w:num>
  <w:num w:numId="2" w16cid:durableId="840509855">
    <w:abstractNumId w:val="6"/>
  </w:num>
  <w:num w:numId="3" w16cid:durableId="779957176">
    <w:abstractNumId w:val="5"/>
  </w:num>
  <w:num w:numId="4" w16cid:durableId="2065447601">
    <w:abstractNumId w:val="4"/>
  </w:num>
  <w:num w:numId="5" w16cid:durableId="2137522268">
    <w:abstractNumId w:val="7"/>
  </w:num>
  <w:num w:numId="6" w16cid:durableId="228812459">
    <w:abstractNumId w:val="3"/>
  </w:num>
  <w:num w:numId="7" w16cid:durableId="447890401">
    <w:abstractNumId w:val="2"/>
  </w:num>
  <w:num w:numId="8" w16cid:durableId="728455443">
    <w:abstractNumId w:val="1"/>
  </w:num>
  <w:num w:numId="9" w16cid:durableId="451752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4183"/>
    <w:rsid w:val="0006063C"/>
    <w:rsid w:val="00067DF8"/>
    <w:rsid w:val="000E0F61"/>
    <w:rsid w:val="000F16DA"/>
    <w:rsid w:val="000F1705"/>
    <w:rsid w:val="00140147"/>
    <w:rsid w:val="0015074B"/>
    <w:rsid w:val="00162A5E"/>
    <w:rsid w:val="0029639D"/>
    <w:rsid w:val="002D3988"/>
    <w:rsid w:val="00326F90"/>
    <w:rsid w:val="003E383B"/>
    <w:rsid w:val="00653976"/>
    <w:rsid w:val="006C6069"/>
    <w:rsid w:val="006E5589"/>
    <w:rsid w:val="00721731"/>
    <w:rsid w:val="00770729"/>
    <w:rsid w:val="0080498A"/>
    <w:rsid w:val="008E00B7"/>
    <w:rsid w:val="0098335C"/>
    <w:rsid w:val="009F177D"/>
    <w:rsid w:val="009F268A"/>
    <w:rsid w:val="00AA1D8D"/>
    <w:rsid w:val="00B47730"/>
    <w:rsid w:val="00CA3324"/>
    <w:rsid w:val="00CA3BEF"/>
    <w:rsid w:val="00CA5515"/>
    <w:rsid w:val="00CB0664"/>
    <w:rsid w:val="00D279E7"/>
    <w:rsid w:val="00D644A7"/>
    <w:rsid w:val="00DB1987"/>
    <w:rsid w:val="00DF1845"/>
    <w:rsid w:val="00E121E9"/>
    <w:rsid w:val="00EC32ED"/>
    <w:rsid w:val="00EE0C3C"/>
    <w:rsid w:val="00EE5E27"/>
    <w:rsid w:val="00EF209E"/>
    <w:rsid w:val="00FC693F"/>
    <w:rsid w:val="00FD330C"/>
    <w:rsid w:val="00FD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E5CB64"/>
  <w14:defaultImageDpi w14:val="300"/>
  <w15:docId w15:val="{D231B505-18EB-4F6C-BAB0-B4AE63832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28</cp:revision>
  <cp:lastPrinted>2025-12-17T03:00:00Z</cp:lastPrinted>
  <dcterms:created xsi:type="dcterms:W3CDTF">2025-12-09T23:07:00Z</dcterms:created>
  <dcterms:modified xsi:type="dcterms:W3CDTF">2026-03-25T01:40:00Z</dcterms:modified>
  <cp:category/>
</cp:coreProperties>
</file>