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90CA" w14:textId="3D65F1A3" w:rsidR="00E768F0" w:rsidRDefault="00E768F0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A07ED5A" wp14:editId="267E27CA">
            <wp:simplePos x="0" y="0"/>
            <wp:positionH relativeFrom="column">
              <wp:posOffset>95250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A230" w14:textId="24945345" w:rsidR="00F0431F" w:rsidRDefault="00BD29B1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8.00am </w:t>
      </w:r>
      <w:r w:rsidRPr="00314972">
        <w:rPr>
          <w:rFonts w:asciiTheme="majorHAnsi" w:hAnsiTheme="majorHAnsi" w:cstheme="majorHAnsi"/>
          <w:b/>
          <w:sz w:val="40"/>
          <w:szCs w:val="40"/>
        </w:rPr>
        <w:t>Morning Tea Roster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AA5DEF">
        <w:rPr>
          <w:rFonts w:asciiTheme="majorHAnsi" w:hAnsiTheme="majorHAnsi" w:cstheme="majorHAnsi"/>
          <w:b/>
          <w:sz w:val="40"/>
          <w:szCs w:val="40"/>
        </w:rPr>
        <w:t xml:space="preserve">April – June </w:t>
      </w:r>
      <w:r w:rsidRPr="00314972">
        <w:rPr>
          <w:rFonts w:asciiTheme="majorHAnsi" w:hAnsiTheme="majorHAnsi" w:cstheme="majorHAnsi"/>
          <w:b/>
          <w:sz w:val="40"/>
          <w:szCs w:val="40"/>
        </w:rPr>
        <w:t>2026</w:t>
      </w:r>
    </w:p>
    <w:p w14:paraId="5EECE043" w14:textId="77777777" w:rsid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6AE8FCC" w14:textId="77777777" w:rsidR="00BD29B1" w:rsidRP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85"/>
        <w:gridCol w:w="3487"/>
        <w:gridCol w:w="3487"/>
      </w:tblGrid>
      <w:tr w:rsidR="00AA5DEF" w:rsidRPr="00AA5DEF" w14:paraId="641CD37A" w14:textId="77777777" w:rsidTr="00662693">
        <w:trPr>
          <w:jc w:val="center"/>
        </w:trPr>
        <w:tc>
          <w:tcPr>
            <w:tcW w:w="3490" w:type="dxa"/>
          </w:tcPr>
          <w:p w14:paraId="71E350B1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AA5DEF">
              <w:rPr>
                <w:rFonts w:ascii="Calibri" w:hAnsi="Calibri" w:cs="Calibr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3490" w:type="dxa"/>
          </w:tcPr>
          <w:p w14:paraId="389B8319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AA5DEF">
              <w:rPr>
                <w:rFonts w:ascii="Calibri" w:hAnsi="Calibri" w:cs="Calibr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3490" w:type="dxa"/>
          </w:tcPr>
          <w:p w14:paraId="41012608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AA5DEF">
              <w:rPr>
                <w:rFonts w:ascii="Calibri" w:hAnsi="Calibri" w:cs="Calibri"/>
                <w:b/>
                <w:bCs/>
                <w:sz w:val="30"/>
                <w:szCs w:val="30"/>
              </w:rPr>
              <w:t>Notes</w:t>
            </w:r>
          </w:p>
        </w:tc>
      </w:tr>
      <w:tr w:rsidR="00AA5DEF" w:rsidRPr="00AA5DEF" w14:paraId="145422D8" w14:textId="77777777" w:rsidTr="00662693">
        <w:trPr>
          <w:jc w:val="center"/>
        </w:trPr>
        <w:tc>
          <w:tcPr>
            <w:tcW w:w="3490" w:type="dxa"/>
          </w:tcPr>
          <w:p w14:paraId="40E9CF9A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05 Apr 2026</w:t>
            </w:r>
          </w:p>
        </w:tc>
        <w:tc>
          <w:tcPr>
            <w:tcW w:w="3490" w:type="dxa"/>
          </w:tcPr>
          <w:p w14:paraId="64CE3071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3490" w:type="dxa"/>
          </w:tcPr>
          <w:p w14:paraId="552555A9" w14:textId="694B7DCE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Easter Sunday</w:t>
            </w:r>
          </w:p>
        </w:tc>
      </w:tr>
      <w:tr w:rsidR="00AA5DEF" w:rsidRPr="00AA5DEF" w14:paraId="2EF56C28" w14:textId="77777777" w:rsidTr="00662693">
        <w:trPr>
          <w:jc w:val="center"/>
        </w:trPr>
        <w:tc>
          <w:tcPr>
            <w:tcW w:w="3490" w:type="dxa"/>
          </w:tcPr>
          <w:p w14:paraId="7AC961E7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12 Apr 2026</w:t>
            </w:r>
          </w:p>
        </w:tc>
        <w:tc>
          <w:tcPr>
            <w:tcW w:w="3490" w:type="dxa"/>
          </w:tcPr>
          <w:p w14:paraId="1ABDC5EB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7D5E8A88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0C29D2F8" w14:textId="77777777" w:rsidTr="00662693">
        <w:trPr>
          <w:jc w:val="center"/>
        </w:trPr>
        <w:tc>
          <w:tcPr>
            <w:tcW w:w="3490" w:type="dxa"/>
          </w:tcPr>
          <w:p w14:paraId="184311FA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19 Apr 2026</w:t>
            </w:r>
          </w:p>
        </w:tc>
        <w:tc>
          <w:tcPr>
            <w:tcW w:w="3490" w:type="dxa"/>
          </w:tcPr>
          <w:p w14:paraId="60155652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2D9D71F7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0F448CAA" w14:textId="77777777" w:rsidTr="00662693">
        <w:trPr>
          <w:jc w:val="center"/>
        </w:trPr>
        <w:tc>
          <w:tcPr>
            <w:tcW w:w="3490" w:type="dxa"/>
          </w:tcPr>
          <w:p w14:paraId="3B8F3D73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26 Apr 2026</w:t>
            </w:r>
          </w:p>
        </w:tc>
        <w:tc>
          <w:tcPr>
            <w:tcW w:w="3490" w:type="dxa"/>
          </w:tcPr>
          <w:p w14:paraId="013537F4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71B03094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2EADF728" w14:textId="77777777" w:rsidTr="00662693">
        <w:trPr>
          <w:jc w:val="center"/>
        </w:trPr>
        <w:tc>
          <w:tcPr>
            <w:tcW w:w="3490" w:type="dxa"/>
          </w:tcPr>
          <w:p w14:paraId="53D50E2E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03 May 2026</w:t>
            </w:r>
          </w:p>
        </w:tc>
        <w:tc>
          <w:tcPr>
            <w:tcW w:w="3490" w:type="dxa"/>
          </w:tcPr>
          <w:p w14:paraId="2F8DCBEF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90" w:type="dxa"/>
          </w:tcPr>
          <w:p w14:paraId="6DD565C4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12E6A8A9" w14:textId="77777777" w:rsidTr="00662693">
        <w:trPr>
          <w:jc w:val="center"/>
        </w:trPr>
        <w:tc>
          <w:tcPr>
            <w:tcW w:w="3490" w:type="dxa"/>
          </w:tcPr>
          <w:p w14:paraId="62EF832F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10 May 2026</w:t>
            </w:r>
          </w:p>
        </w:tc>
        <w:tc>
          <w:tcPr>
            <w:tcW w:w="3490" w:type="dxa"/>
          </w:tcPr>
          <w:p w14:paraId="1988911F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27340D15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7757ADCE" w14:textId="77777777" w:rsidTr="00662693">
        <w:trPr>
          <w:jc w:val="center"/>
        </w:trPr>
        <w:tc>
          <w:tcPr>
            <w:tcW w:w="3490" w:type="dxa"/>
          </w:tcPr>
          <w:p w14:paraId="35E1208E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17 May 2026</w:t>
            </w:r>
          </w:p>
        </w:tc>
        <w:tc>
          <w:tcPr>
            <w:tcW w:w="3490" w:type="dxa"/>
          </w:tcPr>
          <w:p w14:paraId="18AAB42A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67CE7B28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0039EA64" w14:textId="77777777" w:rsidTr="00662693">
        <w:trPr>
          <w:jc w:val="center"/>
        </w:trPr>
        <w:tc>
          <w:tcPr>
            <w:tcW w:w="3490" w:type="dxa"/>
          </w:tcPr>
          <w:p w14:paraId="79B3B6D6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24 May 2026</w:t>
            </w:r>
          </w:p>
        </w:tc>
        <w:tc>
          <w:tcPr>
            <w:tcW w:w="3490" w:type="dxa"/>
          </w:tcPr>
          <w:p w14:paraId="7E7A2B72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3490" w:type="dxa"/>
          </w:tcPr>
          <w:p w14:paraId="2FE1B06C" w14:textId="27759B81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Pentecost</w:t>
            </w:r>
          </w:p>
        </w:tc>
      </w:tr>
      <w:tr w:rsidR="00AA5DEF" w:rsidRPr="00AA5DEF" w14:paraId="05C24F0F" w14:textId="77777777" w:rsidTr="00662693">
        <w:trPr>
          <w:jc w:val="center"/>
        </w:trPr>
        <w:tc>
          <w:tcPr>
            <w:tcW w:w="3490" w:type="dxa"/>
          </w:tcPr>
          <w:p w14:paraId="48E1B8EC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31 May 2026</w:t>
            </w:r>
          </w:p>
        </w:tc>
        <w:tc>
          <w:tcPr>
            <w:tcW w:w="3490" w:type="dxa"/>
          </w:tcPr>
          <w:p w14:paraId="1680113A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4A21979D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06D5AF0A" w14:textId="77777777" w:rsidTr="00662693">
        <w:trPr>
          <w:jc w:val="center"/>
        </w:trPr>
        <w:tc>
          <w:tcPr>
            <w:tcW w:w="3490" w:type="dxa"/>
          </w:tcPr>
          <w:p w14:paraId="0A5FB0F1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07 Jun 2026</w:t>
            </w:r>
          </w:p>
        </w:tc>
        <w:tc>
          <w:tcPr>
            <w:tcW w:w="3490" w:type="dxa"/>
          </w:tcPr>
          <w:p w14:paraId="1413D3C3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90" w:type="dxa"/>
          </w:tcPr>
          <w:p w14:paraId="57AF9AE2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3D7D388B" w14:textId="77777777" w:rsidTr="00662693">
        <w:trPr>
          <w:jc w:val="center"/>
        </w:trPr>
        <w:tc>
          <w:tcPr>
            <w:tcW w:w="3490" w:type="dxa"/>
          </w:tcPr>
          <w:p w14:paraId="4EA8CB6E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14 Jun 2026</w:t>
            </w:r>
          </w:p>
        </w:tc>
        <w:tc>
          <w:tcPr>
            <w:tcW w:w="3490" w:type="dxa"/>
          </w:tcPr>
          <w:p w14:paraId="3C9108AA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90" w:type="dxa"/>
          </w:tcPr>
          <w:p w14:paraId="23062319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3E44073E" w14:textId="77777777" w:rsidTr="00662693">
        <w:trPr>
          <w:jc w:val="center"/>
        </w:trPr>
        <w:tc>
          <w:tcPr>
            <w:tcW w:w="3490" w:type="dxa"/>
          </w:tcPr>
          <w:p w14:paraId="07EF0AC2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21 Jun 2026</w:t>
            </w:r>
          </w:p>
        </w:tc>
        <w:tc>
          <w:tcPr>
            <w:tcW w:w="3490" w:type="dxa"/>
          </w:tcPr>
          <w:p w14:paraId="787C7B48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90" w:type="dxa"/>
          </w:tcPr>
          <w:p w14:paraId="5A926BF2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AA5DEF" w:rsidRPr="00AA5DEF" w14:paraId="011D16EE" w14:textId="77777777" w:rsidTr="00662693">
        <w:trPr>
          <w:jc w:val="center"/>
        </w:trPr>
        <w:tc>
          <w:tcPr>
            <w:tcW w:w="3490" w:type="dxa"/>
          </w:tcPr>
          <w:p w14:paraId="52D6B7AE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28 Jun 2026</w:t>
            </w:r>
          </w:p>
        </w:tc>
        <w:tc>
          <w:tcPr>
            <w:tcW w:w="3490" w:type="dxa"/>
          </w:tcPr>
          <w:p w14:paraId="1251661B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AA5DEF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90" w:type="dxa"/>
          </w:tcPr>
          <w:p w14:paraId="57C6CFC1" w14:textId="77777777" w:rsidR="00AA5DEF" w:rsidRPr="00AA5DEF" w:rsidRDefault="00AA5DEF" w:rsidP="00662693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</w:tbl>
    <w:p w14:paraId="117082D9" w14:textId="77777777" w:rsidR="00F0431F" w:rsidRPr="00314972" w:rsidRDefault="00F0431F">
      <w:pPr>
        <w:rPr>
          <w:rFonts w:asciiTheme="majorHAnsi" w:hAnsiTheme="majorHAnsi" w:cstheme="majorHAnsi"/>
          <w:sz w:val="30"/>
          <w:szCs w:val="30"/>
        </w:rPr>
      </w:pPr>
    </w:p>
    <w:p w14:paraId="6BB80144" w14:textId="77777777" w:rsidR="00C26D48" w:rsidRPr="00314972" w:rsidRDefault="00C26D48">
      <w:pPr>
        <w:rPr>
          <w:rFonts w:asciiTheme="majorHAnsi" w:hAnsiTheme="majorHAnsi" w:cstheme="majorHAnsi"/>
          <w:sz w:val="30"/>
          <w:szCs w:val="30"/>
        </w:rPr>
      </w:pPr>
    </w:p>
    <w:sectPr w:rsidR="00C26D48" w:rsidRPr="00314972" w:rsidSect="00034616"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8965330">
    <w:abstractNumId w:val="8"/>
  </w:num>
  <w:num w:numId="2" w16cid:durableId="380323706">
    <w:abstractNumId w:val="6"/>
  </w:num>
  <w:num w:numId="3" w16cid:durableId="1921985705">
    <w:abstractNumId w:val="5"/>
  </w:num>
  <w:num w:numId="4" w16cid:durableId="594243129">
    <w:abstractNumId w:val="4"/>
  </w:num>
  <w:num w:numId="5" w16cid:durableId="2090079126">
    <w:abstractNumId w:val="7"/>
  </w:num>
  <w:num w:numId="6" w16cid:durableId="232786212">
    <w:abstractNumId w:val="3"/>
  </w:num>
  <w:num w:numId="7" w16cid:durableId="984973158">
    <w:abstractNumId w:val="2"/>
  </w:num>
  <w:num w:numId="8" w16cid:durableId="1231426195">
    <w:abstractNumId w:val="1"/>
  </w:num>
  <w:num w:numId="9" w16cid:durableId="117187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0F61"/>
    <w:rsid w:val="0015074B"/>
    <w:rsid w:val="0029639D"/>
    <w:rsid w:val="002A361F"/>
    <w:rsid w:val="00314972"/>
    <w:rsid w:val="00326D45"/>
    <w:rsid w:val="00326F90"/>
    <w:rsid w:val="00431772"/>
    <w:rsid w:val="005608A2"/>
    <w:rsid w:val="00721731"/>
    <w:rsid w:val="00773DA9"/>
    <w:rsid w:val="00815A90"/>
    <w:rsid w:val="00830394"/>
    <w:rsid w:val="008446ED"/>
    <w:rsid w:val="00906BB4"/>
    <w:rsid w:val="00A879EF"/>
    <w:rsid w:val="00AA1D8D"/>
    <w:rsid w:val="00AA5DEF"/>
    <w:rsid w:val="00B47730"/>
    <w:rsid w:val="00B854E3"/>
    <w:rsid w:val="00BD29B1"/>
    <w:rsid w:val="00C26D48"/>
    <w:rsid w:val="00CB0664"/>
    <w:rsid w:val="00E501F8"/>
    <w:rsid w:val="00E768F0"/>
    <w:rsid w:val="00E93F73"/>
    <w:rsid w:val="00EF48D5"/>
    <w:rsid w:val="00F0431F"/>
    <w:rsid w:val="00F60A2A"/>
    <w:rsid w:val="00FB2E9A"/>
    <w:rsid w:val="00FC693F"/>
    <w:rsid w:val="00FE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75E96"/>
  <w14:defaultImageDpi w14:val="300"/>
  <w15:docId w15:val="{E6BD1E20-F8F0-4C21-8C4D-2745CB5A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18</cp:revision>
  <cp:lastPrinted>2025-12-17T03:01:00Z</cp:lastPrinted>
  <dcterms:created xsi:type="dcterms:W3CDTF">2025-12-09T03:22:00Z</dcterms:created>
  <dcterms:modified xsi:type="dcterms:W3CDTF">2026-03-24T02:37:00Z</dcterms:modified>
  <cp:category/>
</cp:coreProperties>
</file>