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B7A93" w14:textId="434BEA4C" w:rsidR="00B10A90" w:rsidRPr="003E0087" w:rsidRDefault="003E0087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87465A0" wp14:editId="6FA8F019">
            <wp:simplePos x="0" y="0"/>
            <wp:positionH relativeFrom="column">
              <wp:posOffset>209550</wp:posOffset>
            </wp:positionH>
            <wp:positionV relativeFrom="paragraph">
              <wp:posOffset>7620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087">
        <w:rPr>
          <w:rFonts w:asciiTheme="majorHAnsi" w:hAnsiTheme="majorHAnsi" w:cstheme="majorHAnsi"/>
          <w:b/>
          <w:sz w:val="40"/>
          <w:szCs w:val="40"/>
        </w:rPr>
        <w:t xml:space="preserve">Community Meal Roster </w:t>
      </w:r>
      <w:r w:rsidR="008B3BC3">
        <w:rPr>
          <w:rFonts w:asciiTheme="majorHAnsi" w:hAnsiTheme="majorHAnsi" w:cstheme="majorHAnsi"/>
          <w:b/>
          <w:sz w:val="40"/>
          <w:szCs w:val="40"/>
        </w:rPr>
        <w:t xml:space="preserve">April – June </w:t>
      </w:r>
      <w:r w:rsidRPr="003E0087">
        <w:rPr>
          <w:rFonts w:asciiTheme="majorHAnsi" w:hAnsiTheme="majorHAnsi" w:cstheme="majorHAnsi"/>
          <w:b/>
          <w:sz w:val="40"/>
          <w:szCs w:val="40"/>
        </w:rPr>
        <w:t>2026</w:t>
      </w:r>
      <w:r w:rsidRPr="003E0087">
        <w:rPr>
          <w:rFonts w:asciiTheme="majorHAnsi" w:hAnsiTheme="majorHAnsi" w:cstheme="majorHAnsi"/>
          <w:b/>
          <w:sz w:val="40"/>
          <w:szCs w:val="40"/>
        </w:rPr>
        <w:br/>
        <w:t>Friday 11.30am-1.30pm</w:t>
      </w:r>
    </w:p>
    <w:p w14:paraId="6A2C732E" w14:textId="77777777" w:rsidR="000F7977" w:rsidRDefault="000F7977">
      <w:pPr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5B5A97DE" w14:textId="77777777" w:rsidR="000F7977" w:rsidRPr="002B6642" w:rsidRDefault="000F7977">
      <w:pPr>
        <w:jc w:val="center"/>
        <w:rPr>
          <w:rFonts w:asciiTheme="majorHAnsi" w:hAnsiTheme="majorHAnsi" w:cstheme="majorHAnsi"/>
          <w:sz w:val="26"/>
          <w:szCs w:val="2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8863"/>
      </w:tblGrid>
      <w:tr w:rsidR="001A0584" w:rsidRPr="001A0584" w14:paraId="7C5C8F30" w14:textId="77777777" w:rsidTr="001A0584">
        <w:tc>
          <w:tcPr>
            <w:tcW w:w="2047" w:type="dxa"/>
          </w:tcPr>
          <w:p w14:paraId="63DEB70C" w14:textId="77777777" w:rsidR="001A0584" w:rsidRPr="001A0584" w:rsidRDefault="001A0584" w:rsidP="00C504B9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1A0584">
              <w:rPr>
                <w:rFonts w:ascii="Calibri" w:hAnsi="Calibri" w:cs="Calibri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8863" w:type="dxa"/>
          </w:tcPr>
          <w:p w14:paraId="72212385" w14:textId="77777777" w:rsidR="001A0584" w:rsidRPr="001A0584" w:rsidRDefault="001A0584" w:rsidP="00C504B9">
            <w:pPr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1A0584">
              <w:rPr>
                <w:rFonts w:ascii="Calibri" w:hAnsi="Calibri" w:cs="Calibri"/>
                <w:b/>
                <w:bCs/>
                <w:sz w:val="26"/>
                <w:szCs w:val="26"/>
              </w:rPr>
              <w:t>Volunteers</w:t>
            </w:r>
          </w:p>
        </w:tc>
      </w:tr>
      <w:tr w:rsidR="001A0584" w:rsidRPr="001A0584" w14:paraId="655F4C88" w14:textId="77777777" w:rsidTr="001A0584">
        <w:tc>
          <w:tcPr>
            <w:tcW w:w="2047" w:type="dxa"/>
          </w:tcPr>
          <w:p w14:paraId="5D370FA6" w14:textId="77777777" w:rsidR="001A0584" w:rsidRDefault="001A0584" w:rsidP="00F45447">
            <w:pPr>
              <w:spacing w:after="0" w:line="240" w:lineRule="auto"/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03 Apr 2026</w:t>
            </w:r>
          </w:p>
          <w:p w14:paraId="05EE179B" w14:textId="35BFE6B1" w:rsidR="006A29C2" w:rsidRPr="00F45447" w:rsidRDefault="006A29C2" w:rsidP="00F45447">
            <w:pPr>
              <w:spacing w:after="0" w:line="240" w:lineRule="auto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F45447">
              <w:rPr>
                <w:rFonts w:ascii="Calibri" w:hAnsi="Calibri" w:cs="Calibri"/>
                <w:b/>
                <w:bCs/>
                <w:sz w:val="26"/>
                <w:szCs w:val="26"/>
              </w:rPr>
              <w:t>Good Friday</w:t>
            </w:r>
          </w:p>
        </w:tc>
        <w:tc>
          <w:tcPr>
            <w:tcW w:w="8863" w:type="dxa"/>
          </w:tcPr>
          <w:p w14:paraId="1A0C4FD5" w14:textId="13F9DCC9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Michelle Blewitt, Pam Parkin, Jeremy Zieseniss, Louise Zieseniss, Chantel Peacock</w:t>
            </w:r>
            <w:r w:rsidR="006A29C2">
              <w:rPr>
                <w:rFonts w:ascii="Calibri" w:hAnsi="Calibri" w:cs="Calibri"/>
                <w:sz w:val="26"/>
                <w:szCs w:val="26"/>
              </w:rPr>
              <w:t>, Maureen Skinner</w:t>
            </w:r>
          </w:p>
        </w:tc>
      </w:tr>
      <w:tr w:rsidR="001A0584" w:rsidRPr="001A0584" w14:paraId="1A53AE7C" w14:textId="77777777" w:rsidTr="001A0584">
        <w:tc>
          <w:tcPr>
            <w:tcW w:w="2047" w:type="dxa"/>
          </w:tcPr>
          <w:p w14:paraId="1407F96A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10 Apr 2026</w:t>
            </w:r>
          </w:p>
        </w:tc>
        <w:tc>
          <w:tcPr>
            <w:tcW w:w="8863" w:type="dxa"/>
          </w:tcPr>
          <w:p w14:paraId="10F82297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John Neeves, Rosey Neeves, Tim Butler, Julia Butler, Ellie Gharib</w:t>
            </w:r>
          </w:p>
        </w:tc>
      </w:tr>
      <w:tr w:rsidR="001A0584" w:rsidRPr="001A0584" w14:paraId="6CA9ABAA" w14:textId="77777777" w:rsidTr="001A0584">
        <w:tc>
          <w:tcPr>
            <w:tcW w:w="2047" w:type="dxa"/>
          </w:tcPr>
          <w:p w14:paraId="1759844B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17 Apr 2026</w:t>
            </w:r>
          </w:p>
        </w:tc>
        <w:tc>
          <w:tcPr>
            <w:tcW w:w="8863" w:type="dxa"/>
          </w:tcPr>
          <w:p w14:paraId="60350264" w14:textId="15BE85D5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Kids + </w:t>
            </w:r>
            <w:r w:rsidRPr="001A0584">
              <w:rPr>
                <w:rFonts w:ascii="Calibri" w:hAnsi="Calibri" w:cs="Calibri"/>
                <w:sz w:val="26"/>
                <w:szCs w:val="26"/>
              </w:rPr>
              <w:t>Maureen Skinner</w:t>
            </w:r>
          </w:p>
        </w:tc>
      </w:tr>
      <w:tr w:rsidR="001A0584" w:rsidRPr="001A0584" w14:paraId="7FF97EB9" w14:textId="77777777" w:rsidTr="001A0584">
        <w:tc>
          <w:tcPr>
            <w:tcW w:w="2047" w:type="dxa"/>
          </w:tcPr>
          <w:p w14:paraId="442B83D5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24 Apr 2026</w:t>
            </w:r>
          </w:p>
        </w:tc>
        <w:tc>
          <w:tcPr>
            <w:tcW w:w="8863" w:type="dxa"/>
          </w:tcPr>
          <w:p w14:paraId="546D4B95" w14:textId="2AB90512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Kids + </w:t>
            </w:r>
            <w:r w:rsidRPr="001A0584">
              <w:rPr>
                <w:rFonts w:ascii="Calibri" w:hAnsi="Calibri" w:cs="Calibri"/>
                <w:sz w:val="26"/>
                <w:szCs w:val="26"/>
              </w:rPr>
              <w:t>Maureen Skinner</w:t>
            </w:r>
          </w:p>
        </w:tc>
      </w:tr>
      <w:tr w:rsidR="001A0584" w:rsidRPr="001A0584" w14:paraId="313F3C5F" w14:textId="77777777" w:rsidTr="001A0584">
        <w:tc>
          <w:tcPr>
            <w:tcW w:w="2047" w:type="dxa"/>
          </w:tcPr>
          <w:p w14:paraId="217F791E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01 May 2026</w:t>
            </w:r>
          </w:p>
        </w:tc>
        <w:tc>
          <w:tcPr>
            <w:tcW w:w="8863" w:type="dxa"/>
          </w:tcPr>
          <w:p w14:paraId="32563BC1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Michelle Blewitt, Pam Parkin, Lange Powell, Inara Powell, Jackie Glover</w:t>
            </w:r>
          </w:p>
        </w:tc>
      </w:tr>
      <w:tr w:rsidR="001A0584" w:rsidRPr="001A0584" w14:paraId="0966E871" w14:textId="77777777" w:rsidTr="001A0584">
        <w:tc>
          <w:tcPr>
            <w:tcW w:w="2047" w:type="dxa"/>
          </w:tcPr>
          <w:p w14:paraId="61FBD982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08 May 2026</w:t>
            </w:r>
          </w:p>
        </w:tc>
        <w:tc>
          <w:tcPr>
            <w:tcW w:w="8863" w:type="dxa"/>
          </w:tcPr>
          <w:p w14:paraId="15D437A1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Heather Felgate, Jenny Stewart, John Candy, Judy Vowles, Kath Fisher</w:t>
            </w:r>
          </w:p>
        </w:tc>
      </w:tr>
      <w:tr w:rsidR="001A0584" w:rsidRPr="001A0584" w14:paraId="61CFC35D" w14:textId="77777777" w:rsidTr="001A0584">
        <w:tc>
          <w:tcPr>
            <w:tcW w:w="2047" w:type="dxa"/>
          </w:tcPr>
          <w:p w14:paraId="4BEFFF6E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15 May 2026</w:t>
            </w:r>
          </w:p>
        </w:tc>
        <w:tc>
          <w:tcPr>
            <w:tcW w:w="8863" w:type="dxa"/>
          </w:tcPr>
          <w:p w14:paraId="51270AA2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Pam Parkin, Margaret Hooper, Pam Binks, Robyn Everitt, Vari Booth</w:t>
            </w:r>
          </w:p>
        </w:tc>
      </w:tr>
      <w:tr w:rsidR="001A0584" w:rsidRPr="001A0584" w14:paraId="70E82307" w14:textId="77777777" w:rsidTr="001A0584">
        <w:tc>
          <w:tcPr>
            <w:tcW w:w="2047" w:type="dxa"/>
          </w:tcPr>
          <w:p w14:paraId="7A86B0CE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22 May 2026</w:t>
            </w:r>
          </w:p>
        </w:tc>
        <w:tc>
          <w:tcPr>
            <w:tcW w:w="8863" w:type="dxa"/>
          </w:tcPr>
          <w:p w14:paraId="1C39CFDD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Tineke Thurlow, Chantel Peacock, Ellie Gharib, Heather Felgate, Jackie Glover</w:t>
            </w:r>
          </w:p>
        </w:tc>
      </w:tr>
      <w:tr w:rsidR="001A0584" w:rsidRPr="001A0584" w14:paraId="139AFD12" w14:textId="77777777" w:rsidTr="001A0584">
        <w:tc>
          <w:tcPr>
            <w:tcW w:w="2047" w:type="dxa"/>
          </w:tcPr>
          <w:p w14:paraId="1494CA44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29 May 2026</w:t>
            </w:r>
          </w:p>
        </w:tc>
        <w:tc>
          <w:tcPr>
            <w:tcW w:w="8863" w:type="dxa"/>
          </w:tcPr>
          <w:p w14:paraId="2B205CF5" w14:textId="2E7F6A60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 xml:space="preserve">Pam Parkin, Jenny Stewart, John Candy, Judy Vowles, </w:t>
            </w:r>
            <w:r w:rsidR="00B14785">
              <w:rPr>
                <w:rFonts w:ascii="Calibri" w:hAnsi="Calibri" w:cs="Calibri"/>
                <w:sz w:val="26"/>
                <w:szCs w:val="26"/>
              </w:rPr>
              <w:t>Maureen Skinner</w:t>
            </w:r>
          </w:p>
        </w:tc>
      </w:tr>
      <w:tr w:rsidR="001A0584" w:rsidRPr="001A0584" w14:paraId="5DA9DC6D" w14:textId="77777777" w:rsidTr="001A0584">
        <w:tc>
          <w:tcPr>
            <w:tcW w:w="2047" w:type="dxa"/>
          </w:tcPr>
          <w:p w14:paraId="3BEB5BC1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05 Jun 2026</w:t>
            </w:r>
          </w:p>
        </w:tc>
        <w:tc>
          <w:tcPr>
            <w:tcW w:w="8863" w:type="dxa"/>
          </w:tcPr>
          <w:p w14:paraId="4F2BC824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Michelle Blewitt, Margaret Hooper, Robyn Everitt, Vari Booth, Chantel Peacock</w:t>
            </w:r>
          </w:p>
        </w:tc>
      </w:tr>
      <w:tr w:rsidR="001A0584" w:rsidRPr="001A0584" w14:paraId="70DB79CD" w14:textId="77777777" w:rsidTr="001A0584">
        <w:tc>
          <w:tcPr>
            <w:tcW w:w="2047" w:type="dxa"/>
          </w:tcPr>
          <w:p w14:paraId="587A2926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12 Jun 2026</w:t>
            </w:r>
          </w:p>
        </w:tc>
        <w:tc>
          <w:tcPr>
            <w:tcW w:w="8863" w:type="dxa"/>
          </w:tcPr>
          <w:p w14:paraId="618971B1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Pam Parkin, Tineke Thurlow, Jeremy Zieseniss, Louise Zieseniss, Ellie Gharib</w:t>
            </w:r>
          </w:p>
        </w:tc>
      </w:tr>
      <w:tr w:rsidR="001A0584" w:rsidRPr="001A0584" w14:paraId="49CA4F71" w14:textId="77777777" w:rsidTr="001A0584">
        <w:tc>
          <w:tcPr>
            <w:tcW w:w="2047" w:type="dxa"/>
          </w:tcPr>
          <w:p w14:paraId="2EDC99E5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19 Jun 2026</w:t>
            </w:r>
          </w:p>
        </w:tc>
        <w:tc>
          <w:tcPr>
            <w:tcW w:w="8863" w:type="dxa"/>
          </w:tcPr>
          <w:p w14:paraId="6008B9BC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John Neeves, Rosey Neeves, Tim Butler, Julia Butler, Heather Felgate</w:t>
            </w:r>
          </w:p>
        </w:tc>
      </w:tr>
      <w:tr w:rsidR="001A0584" w:rsidRPr="001A0584" w14:paraId="24F5A23C" w14:textId="77777777" w:rsidTr="001A0584">
        <w:tc>
          <w:tcPr>
            <w:tcW w:w="2047" w:type="dxa"/>
          </w:tcPr>
          <w:p w14:paraId="71567C56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Fri 26 Jun 2026</w:t>
            </w:r>
          </w:p>
        </w:tc>
        <w:tc>
          <w:tcPr>
            <w:tcW w:w="8863" w:type="dxa"/>
          </w:tcPr>
          <w:p w14:paraId="1DECEABA" w14:textId="77777777" w:rsidR="001A0584" w:rsidRPr="001A0584" w:rsidRDefault="001A0584" w:rsidP="00C504B9">
            <w:pPr>
              <w:rPr>
                <w:rFonts w:ascii="Calibri" w:hAnsi="Calibri" w:cs="Calibri"/>
                <w:sz w:val="26"/>
                <w:szCs w:val="26"/>
              </w:rPr>
            </w:pPr>
            <w:r w:rsidRPr="001A0584">
              <w:rPr>
                <w:rFonts w:ascii="Calibri" w:hAnsi="Calibri" w:cs="Calibri"/>
                <w:sz w:val="26"/>
                <w:szCs w:val="26"/>
              </w:rPr>
              <w:t>Pam Parkin, Jackie Glover, Jenny Stewart, John Candy, Judy Vowles</w:t>
            </w:r>
          </w:p>
        </w:tc>
      </w:tr>
    </w:tbl>
    <w:p w14:paraId="418616C9" w14:textId="119F167E" w:rsidR="00B10A90" w:rsidRDefault="001F249B" w:rsidP="0054790F">
      <w:pPr>
        <w:rPr>
          <w:rFonts w:asciiTheme="majorHAnsi" w:hAnsiTheme="majorHAnsi" w:cstheme="majorHAnsi"/>
          <w:sz w:val="26"/>
          <w:szCs w:val="26"/>
        </w:rPr>
      </w:pPr>
      <w:r w:rsidRPr="002B6642">
        <w:rPr>
          <w:rFonts w:asciiTheme="majorHAnsi" w:hAnsiTheme="majorHAnsi" w:cstheme="majorHAnsi"/>
          <w:sz w:val="26"/>
          <w:szCs w:val="26"/>
        </w:rPr>
        <w:br/>
      </w:r>
    </w:p>
    <w:p w14:paraId="7D899329" w14:textId="77777777" w:rsidR="00E42355" w:rsidRDefault="00E42355" w:rsidP="0054790F">
      <w:pPr>
        <w:rPr>
          <w:rFonts w:asciiTheme="majorHAnsi" w:hAnsiTheme="majorHAnsi" w:cstheme="majorHAnsi"/>
          <w:sz w:val="26"/>
          <w:szCs w:val="26"/>
        </w:rPr>
      </w:pPr>
    </w:p>
    <w:p w14:paraId="611630D8" w14:textId="77777777" w:rsidR="00E42355" w:rsidRPr="002B6642" w:rsidRDefault="00E42355" w:rsidP="0054790F">
      <w:pPr>
        <w:rPr>
          <w:rFonts w:asciiTheme="majorHAnsi" w:hAnsiTheme="majorHAnsi" w:cstheme="majorHAnsi"/>
          <w:sz w:val="26"/>
          <w:szCs w:val="26"/>
        </w:rPr>
      </w:pPr>
    </w:p>
    <w:sectPr w:rsidR="00E42355" w:rsidRPr="002B6642" w:rsidSect="000F79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6583413">
    <w:abstractNumId w:val="8"/>
  </w:num>
  <w:num w:numId="2" w16cid:durableId="924537004">
    <w:abstractNumId w:val="6"/>
  </w:num>
  <w:num w:numId="3" w16cid:durableId="990865518">
    <w:abstractNumId w:val="5"/>
  </w:num>
  <w:num w:numId="4" w16cid:durableId="1277253826">
    <w:abstractNumId w:val="4"/>
  </w:num>
  <w:num w:numId="5" w16cid:durableId="643780823">
    <w:abstractNumId w:val="7"/>
  </w:num>
  <w:num w:numId="6" w16cid:durableId="1150943727">
    <w:abstractNumId w:val="3"/>
  </w:num>
  <w:num w:numId="7" w16cid:durableId="1841579800">
    <w:abstractNumId w:val="2"/>
  </w:num>
  <w:num w:numId="8" w16cid:durableId="203759142">
    <w:abstractNumId w:val="1"/>
  </w:num>
  <w:num w:numId="9" w16cid:durableId="63471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B9"/>
    <w:rsid w:val="00034616"/>
    <w:rsid w:val="0006063C"/>
    <w:rsid w:val="000F7977"/>
    <w:rsid w:val="0015074B"/>
    <w:rsid w:val="001A0584"/>
    <w:rsid w:val="001A1749"/>
    <w:rsid w:val="001E0C29"/>
    <w:rsid w:val="00291D1E"/>
    <w:rsid w:val="0029639D"/>
    <w:rsid w:val="002B6642"/>
    <w:rsid w:val="00326F90"/>
    <w:rsid w:val="00343955"/>
    <w:rsid w:val="003E0087"/>
    <w:rsid w:val="00452DE5"/>
    <w:rsid w:val="004C12C8"/>
    <w:rsid w:val="0054790F"/>
    <w:rsid w:val="006A29C2"/>
    <w:rsid w:val="006A51C4"/>
    <w:rsid w:val="007E3FBD"/>
    <w:rsid w:val="008B3BC3"/>
    <w:rsid w:val="008D5869"/>
    <w:rsid w:val="00AA1D8D"/>
    <w:rsid w:val="00B10A90"/>
    <w:rsid w:val="00B14785"/>
    <w:rsid w:val="00B4085E"/>
    <w:rsid w:val="00B47730"/>
    <w:rsid w:val="00B752A6"/>
    <w:rsid w:val="00C42EF1"/>
    <w:rsid w:val="00CB0664"/>
    <w:rsid w:val="00CC3D4A"/>
    <w:rsid w:val="00D508DE"/>
    <w:rsid w:val="00E42355"/>
    <w:rsid w:val="00F03DE3"/>
    <w:rsid w:val="00F45447"/>
    <w:rsid w:val="00FB2E9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EC2A77"/>
  <w14:defaultImageDpi w14:val="300"/>
  <w15:docId w15:val="{9562312F-A89D-420F-8279-9A0B4541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4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20</cp:revision>
  <dcterms:created xsi:type="dcterms:W3CDTF">2025-12-19T01:51:00Z</dcterms:created>
  <dcterms:modified xsi:type="dcterms:W3CDTF">2026-03-26T23:10:00Z</dcterms:modified>
  <cp:category/>
</cp:coreProperties>
</file>