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B7A93" w14:textId="0D1040FE" w:rsidR="00B10A90" w:rsidRPr="003E0087" w:rsidRDefault="003E0087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3E0087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87465A0" wp14:editId="6FA8F019">
            <wp:simplePos x="0" y="0"/>
            <wp:positionH relativeFrom="column">
              <wp:posOffset>209550</wp:posOffset>
            </wp:positionH>
            <wp:positionV relativeFrom="paragraph">
              <wp:posOffset>7620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087">
        <w:rPr>
          <w:rFonts w:asciiTheme="majorHAnsi" w:hAnsiTheme="majorHAnsi" w:cstheme="majorHAnsi"/>
          <w:b/>
          <w:sz w:val="40"/>
          <w:szCs w:val="40"/>
        </w:rPr>
        <w:t>Community Meal Roster January - March 2026</w:t>
      </w:r>
      <w:r w:rsidRPr="003E0087">
        <w:rPr>
          <w:rFonts w:asciiTheme="majorHAnsi" w:hAnsiTheme="majorHAnsi" w:cstheme="majorHAnsi"/>
          <w:b/>
          <w:sz w:val="40"/>
          <w:szCs w:val="40"/>
        </w:rPr>
        <w:br/>
        <w:t>Friday 11.30am-1.30pm</w:t>
      </w:r>
      <w:r w:rsidR="00031D2A">
        <w:rPr>
          <w:rFonts w:asciiTheme="majorHAnsi" w:hAnsiTheme="majorHAnsi" w:cstheme="majorHAnsi"/>
          <w:b/>
          <w:sz w:val="40"/>
          <w:szCs w:val="40"/>
        </w:rPr>
        <w:t xml:space="preserve"> (revised)</w:t>
      </w:r>
    </w:p>
    <w:p w14:paraId="6A2C732E" w14:textId="77777777" w:rsidR="000F7977" w:rsidRDefault="000F7977">
      <w:pPr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5B5A97DE" w14:textId="77777777" w:rsidR="000F7977" w:rsidRPr="002B6642" w:rsidRDefault="000F7977">
      <w:pPr>
        <w:jc w:val="center"/>
        <w:rPr>
          <w:rFonts w:asciiTheme="majorHAnsi" w:hAnsiTheme="majorHAnsi" w:cstheme="majorHAns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8931"/>
      </w:tblGrid>
      <w:tr w:rsidR="00B10A90" w:rsidRPr="002B6642" w14:paraId="6021D206" w14:textId="77777777" w:rsidTr="000251B9">
        <w:tc>
          <w:tcPr>
            <w:tcW w:w="1696" w:type="dxa"/>
          </w:tcPr>
          <w:p w14:paraId="51CA3916" w14:textId="77777777" w:rsidR="00B10A90" w:rsidRPr="002B6642" w:rsidRDefault="00000000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8931" w:type="dxa"/>
          </w:tcPr>
          <w:p w14:paraId="55FCD91B" w14:textId="77777777" w:rsidR="00B10A90" w:rsidRPr="002B6642" w:rsidRDefault="00000000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Volunteers</w:t>
            </w:r>
          </w:p>
        </w:tc>
      </w:tr>
      <w:tr w:rsidR="00B10A90" w:rsidRPr="002B6642" w14:paraId="347B501B" w14:textId="77777777" w:rsidTr="000251B9">
        <w:tc>
          <w:tcPr>
            <w:tcW w:w="1696" w:type="dxa"/>
          </w:tcPr>
          <w:p w14:paraId="0C831BA1" w14:textId="3C0DAB1E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02 Jan 2026</w:t>
            </w:r>
          </w:p>
        </w:tc>
        <w:tc>
          <w:tcPr>
            <w:tcW w:w="8931" w:type="dxa"/>
          </w:tcPr>
          <w:p w14:paraId="1CC7B519" w14:textId="6598D8A2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Michelle Blewitt, Pam Parkin, Amanda Size, Chantel Peacock, Ellie, Jackie Glover</w:t>
            </w:r>
          </w:p>
        </w:tc>
      </w:tr>
      <w:tr w:rsidR="00B10A90" w:rsidRPr="002B6642" w14:paraId="384D52CC" w14:textId="77777777" w:rsidTr="000251B9">
        <w:tc>
          <w:tcPr>
            <w:tcW w:w="1696" w:type="dxa"/>
          </w:tcPr>
          <w:p w14:paraId="79BCF558" w14:textId="736A6D78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09 Jan 2026</w:t>
            </w:r>
          </w:p>
        </w:tc>
        <w:tc>
          <w:tcPr>
            <w:tcW w:w="8931" w:type="dxa"/>
          </w:tcPr>
          <w:p w14:paraId="611D337E" w14:textId="1BDC1A58" w:rsidR="00B10A90" w:rsidRPr="002B6642" w:rsidRDefault="00F03DE3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Kids + Paul </w:t>
            </w:r>
          </w:p>
        </w:tc>
      </w:tr>
      <w:tr w:rsidR="00B10A90" w:rsidRPr="002B6642" w14:paraId="5784DC77" w14:textId="77777777" w:rsidTr="000251B9">
        <w:tc>
          <w:tcPr>
            <w:tcW w:w="1696" w:type="dxa"/>
          </w:tcPr>
          <w:p w14:paraId="096E36C7" w14:textId="54F6910C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16 Jan 2026</w:t>
            </w:r>
          </w:p>
        </w:tc>
        <w:tc>
          <w:tcPr>
            <w:tcW w:w="8931" w:type="dxa"/>
          </w:tcPr>
          <w:p w14:paraId="64381B86" w14:textId="1313A260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 xml:space="preserve">Pam Parkin, </w:t>
            </w:r>
            <w:r w:rsidR="00A05397">
              <w:rPr>
                <w:rFonts w:asciiTheme="majorHAnsi" w:hAnsiTheme="majorHAnsi" w:cstheme="majorHAnsi"/>
                <w:sz w:val="26"/>
                <w:szCs w:val="26"/>
              </w:rPr>
              <w:t>Kath Fisher</w:t>
            </w: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, Jenny Stewart, John Candy, Judy Vowles</w:t>
            </w:r>
          </w:p>
        </w:tc>
      </w:tr>
      <w:tr w:rsidR="00B10A90" w:rsidRPr="002B6642" w14:paraId="02913AF2" w14:textId="77777777" w:rsidTr="000251B9">
        <w:tc>
          <w:tcPr>
            <w:tcW w:w="1696" w:type="dxa"/>
          </w:tcPr>
          <w:p w14:paraId="1F0A9394" w14:textId="12276E53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23 Jan 2026</w:t>
            </w:r>
          </w:p>
        </w:tc>
        <w:tc>
          <w:tcPr>
            <w:tcW w:w="8931" w:type="dxa"/>
          </w:tcPr>
          <w:p w14:paraId="73CC6024" w14:textId="775AB7F4" w:rsidR="00B10A90" w:rsidRPr="002B6642" w:rsidRDefault="00A05397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Heather Felgate</w:t>
            </w: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 xml:space="preserve">, Margaret Hooper, </w:t>
            </w:r>
            <w:r w:rsidR="00080461">
              <w:rPr>
                <w:rFonts w:asciiTheme="majorHAnsi" w:hAnsiTheme="majorHAnsi" w:cstheme="majorHAnsi"/>
                <w:sz w:val="26"/>
                <w:szCs w:val="26"/>
              </w:rPr>
              <w:t>John Candy</w:t>
            </w: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, Robyn Everitt, Tineke Thurlow</w:t>
            </w:r>
          </w:p>
        </w:tc>
      </w:tr>
      <w:tr w:rsidR="00B10A90" w:rsidRPr="002B6642" w14:paraId="029F1AEC" w14:textId="77777777" w:rsidTr="000251B9">
        <w:tc>
          <w:tcPr>
            <w:tcW w:w="1696" w:type="dxa"/>
          </w:tcPr>
          <w:p w14:paraId="188EFEC1" w14:textId="0DC02E63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30 Jan 2026</w:t>
            </w:r>
          </w:p>
        </w:tc>
        <w:tc>
          <w:tcPr>
            <w:tcW w:w="8931" w:type="dxa"/>
          </w:tcPr>
          <w:p w14:paraId="40CFE55E" w14:textId="77777777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Jeremy Zieseniss, Louise Zieseniss, John Neeves, Rosey Neeves</w:t>
            </w:r>
          </w:p>
        </w:tc>
      </w:tr>
      <w:tr w:rsidR="00B10A90" w:rsidRPr="002B6642" w14:paraId="36703F1F" w14:textId="77777777" w:rsidTr="000251B9">
        <w:tc>
          <w:tcPr>
            <w:tcW w:w="1696" w:type="dxa"/>
          </w:tcPr>
          <w:p w14:paraId="2CD8860F" w14:textId="20C04357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06 Feb 2026</w:t>
            </w:r>
          </w:p>
        </w:tc>
        <w:tc>
          <w:tcPr>
            <w:tcW w:w="8931" w:type="dxa"/>
          </w:tcPr>
          <w:p w14:paraId="099BBB61" w14:textId="2FA5A92D" w:rsidR="00B10A90" w:rsidRPr="002B6642" w:rsidRDefault="00080461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Michelle Blewitt</w:t>
            </w:r>
            <w:r w:rsidR="008955E3" w:rsidRPr="002B6642">
              <w:rPr>
                <w:rFonts w:asciiTheme="majorHAnsi" w:hAnsiTheme="majorHAnsi" w:cstheme="majorHAnsi"/>
                <w:sz w:val="26"/>
                <w:szCs w:val="26"/>
              </w:rPr>
              <w:t>,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Pam Binks,</w:t>
            </w:r>
            <w:r w:rsidR="008955E3" w:rsidRPr="002B6642">
              <w:rPr>
                <w:rFonts w:asciiTheme="majorHAnsi" w:hAnsiTheme="majorHAnsi" w:cstheme="majorHAnsi"/>
                <w:sz w:val="26"/>
                <w:szCs w:val="26"/>
              </w:rPr>
              <w:t xml:space="preserve"> Vari Booth, Amanda Size</w:t>
            </w:r>
            <w:r w:rsidR="00D305DB">
              <w:rPr>
                <w:rFonts w:asciiTheme="majorHAnsi" w:hAnsiTheme="majorHAnsi" w:cstheme="majorHAnsi"/>
                <w:sz w:val="26"/>
                <w:szCs w:val="26"/>
              </w:rPr>
              <w:t>,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Judy Vowles</w:t>
            </w:r>
          </w:p>
        </w:tc>
      </w:tr>
      <w:tr w:rsidR="00B10A90" w:rsidRPr="002B6642" w14:paraId="7A8F32B0" w14:textId="77777777" w:rsidTr="000251B9">
        <w:tc>
          <w:tcPr>
            <w:tcW w:w="1696" w:type="dxa"/>
          </w:tcPr>
          <w:p w14:paraId="0B325BA9" w14:textId="0AE41D00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13 Feb 2026</w:t>
            </w:r>
          </w:p>
        </w:tc>
        <w:tc>
          <w:tcPr>
            <w:tcW w:w="8931" w:type="dxa"/>
          </w:tcPr>
          <w:p w14:paraId="25F31C3E" w14:textId="77777777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Tim Butler, Julia Butler, Lange Powell, Inara Powell</w:t>
            </w:r>
          </w:p>
        </w:tc>
      </w:tr>
      <w:tr w:rsidR="00B10A90" w:rsidRPr="002B6642" w14:paraId="306324DD" w14:textId="77777777" w:rsidTr="000251B9">
        <w:tc>
          <w:tcPr>
            <w:tcW w:w="1696" w:type="dxa"/>
          </w:tcPr>
          <w:p w14:paraId="629884AB" w14:textId="6C394BE9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20 Feb 2026</w:t>
            </w:r>
          </w:p>
        </w:tc>
        <w:tc>
          <w:tcPr>
            <w:tcW w:w="8931" w:type="dxa"/>
          </w:tcPr>
          <w:p w14:paraId="10268258" w14:textId="77777777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Chantel Peacock, Ellie Gharib, Heather Felgate, Jackie Glover, Jenny Stewart</w:t>
            </w:r>
          </w:p>
        </w:tc>
      </w:tr>
      <w:tr w:rsidR="00B10A90" w:rsidRPr="002B6642" w14:paraId="1A96E2E7" w14:textId="77777777" w:rsidTr="000251B9">
        <w:tc>
          <w:tcPr>
            <w:tcW w:w="1696" w:type="dxa"/>
          </w:tcPr>
          <w:p w14:paraId="668A0348" w14:textId="6D220B59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27 Feb 2026</w:t>
            </w:r>
          </w:p>
        </w:tc>
        <w:tc>
          <w:tcPr>
            <w:tcW w:w="8931" w:type="dxa"/>
          </w:tcPr>
          <w:p w14:paraId="57ACC88E" w14:textId="188A784A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 xml:space="preserve">Pam Parkin, </w:t>
            </w:r>
            <w:r w:rsidR="00D305DB">
              <w:rPr>
                <w:rFonts w:asciiTheme="majorHAnsi" w:hAnsiTheme="majorHAnsi" w:cstheme="majorHAnsi"/>
                <w:sz w:val="26"/>
                <w:szCs w:val="26"/>
              </w:rPr>
              <w:t>Michelle Blewitt</w:t>
            </w: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, Judy Vowles, Kath Fisher, Margaret Hooper</w:t>
            </w:r>
          </w:p>
        </w:tc>
      </w:tr>
      <w:tr w:rsidR="00B10A90" w:rsidRPr="002B6642" w14:paraId="2AADD7AC" w14:textId="77777777" w:rsidTr="000251B9">
        <w:tc>
          <w:tcPr>
            <w:tcW w:w="1696" w:type="dxa"/>
          </w:tcPr>
          <w:p w14:paraId="298B804D" w14:textId="4E1A5024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06 Mar 2026</w:t>
            </w:r>
          </w:p>
        </w:tc>
        <w:tc>
          <w:tcPr>
            <w:tcW w:w="8931" w:type="dxa"/>
          </w:tcPr>
          <w:p w14:paraId="67C5CF47" w14:textId="7864156C" w:rsidR="00B10A90" w:rsidRPr="002B6642" w:rsidRDefault="009753A8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Pam Binks</w:t>
            </w:r>
            <w:r w:rsidR="007D7C7D">
              <w:rPr>
                <w:rFonts w:asciiTheme="majorHAnsi" w:hAnsiTheme="majorHAnsi" w:cstheme="majorHAnsi"/>
                <w:sz w:val="26"/>
                <w:szCs w:val="26"/>
              </w:rPr>
              <w:t>,</w:t>
            </w:r>
            <w:r w:rsidR="004644FB" w:rsidRPr="002B6642">
              <w:rPr>
                <w:rFonts w:asciiTheme="majorHAnsi" w:hAnsiTheme="majorHAnsi" w:cstheme="majorHAnsi"/>
                <w:sz w:val="26"/>
                <w:szCs w:val="26"/>
              </w:rPr>
              <w:t xml:space="preserve"> Robyn Everitt, Vari Booth, Amanda Size</w:t>
            </w:r>
            <w:r w:rsidR="007D7C7D">
              <w:rPr>
                <w:rFonts w:asciiTheme="majorHAnsi" w:hAnsiTheme="majorHAnsi" w:cstheme="majorHAnsi"/>
                <w:sz w:val="26"/>
                <w:szCs w:val="26"/>
              </w:rPr>
              <w:t xml:space="preserve">, </w:t>
            </w:r>
            <w:r w:rsidR="007D7C7D" w:rsidRPr="00D305DB">
              <w:rPr>
                <w:rFonts w:asciiTheme="majorHAnsi" w:hAnsiTheme="majorHAnsi" w:cstheme="majorHAnsi"/>
                <w:sz w:val="26"/>
                <w:szCs w:val="26"/>
                <w:highlight w:val="yellow"/>
              </w:rPr>
              <w:t xml:space="preserve">need </w:t>
            </w:r>
            <w:r w:rsidR="007D7C7D">
              <w:rPr>
                <w:rFonts w:asciiTheme="majorHAnsi" w:hAnsiTheme="majorHAnsi" w:cstheme="majorHAnsi"/>
                <w:sz w:val="26"/>
                <w:szCs w:val="26"/>
                <w:highlight w:val="yellow"/>
              </w:rPr>
              <w:t>1</w:t>
            </w:r>
            <w:r w:rsidR="007D7C7D" w:rsidRPr="00D305DB">
              <w:rPr>
                <w:rFonts w:asciiTheme="majorHAnsi" w:hAnsiTheme="majorHAnsi" w:cstheme="majorHAnsi"/>
                <w:sz w:val="26"/>
                <w:szCs w:val="26"/>
                <w:highlight w:val="yellow"/>
              </w:rPr>
              <w:t xml:space="preserve"> more volunteer</w:t>
            </w:r>
          </w:p>
        </w:tc>
      </w:tr>
      <w:tr w:rsidR="00B10A90" w:rsidRPr="002B6642" w14:paraId="41657868" w14:textId="77777777" w:rsidTr="000251B9">
        <w:tc>
          <w:tcPr>
            <w:tcW w:w="1696" w:type="dxa"/>
          </w:tcPr>
          <w:p w14:paraId="6A37A524" w14:textId="628143D3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13 Mar 2026</w:t>
            </w:r>
          </w:p>
        </w:tc>
        <w:tc>
          <w:tcPr>
            <w:tcW w:w="8931" w:type="dxa"/>
          </w:tcPr>
          <w:p w14:paraId="73C7571A" w14:textId="77777777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Tineke Thurlow, Chantel Peacock, Ellie Gharib, Heather Felgate</w:t>
            </w:r>
          </w:p>
        </w:tc>
      </w:tr>
      <w:tr w:rsidR="00B10A90" w:rsidRPr="002B6642" w14:paraId="3DF8626E" w14:textId="77777777" w:rsidTr="000251B9">
        <w:tc>
          <w:tcPr>
            <w:tcW w:w="1696" w:type="dxa"/>
          </w:tcPr>
          <w:p w14:paraId="6CC90046" w14:textId="1413F230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20 Mar 2026</w:t>
            </w:r>
          </w:p>
        </w:tc>
        <w:tc>
          <w:tcPr>
            <w:tcW w:w="8931" w:type="dxa"/>
          </w:tcPr>
          <w:p w14:paraId="761C7D1B" w14:textId="74F145B6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Jenny Stewart, John Candy, Judy Vowles, Kath Fisher</w:t>
            </w:r>
            <w:r w:rsidR="00D36DD6">
              <w:rPr>
                <w:rFonts w:asciiTheme="majorHAnsi" w:hAnsiTheme="majorHAnsi" w:cstheme="majorHAnsi"/>
                <w:sz w:val="26"/>
                <w:szCs w:val="26"/>
              </w:rPr>
              <w:t xml:space="preserve">, </w:t>
            </w:r>
            <w:r w:rsidR="00D36DD6" w:rsidRPr="00D305DB">
              <w:rPr>
                <w:rFonts w:asciiTheme="majorHAnsi" w:hAnsiTheme="majorHAnsi" w:cstheme="majorHAnsi"/>
                <w:sz w:val="26"/>
                <w:szCs w:val="26"/>
                <w:highlight w:val="yellow"/>
              </w:rPr>
              <w:t xml:space="preserve">need </w:t>
            </w:r>
            <w:r w:rsidR="00D36DD6">
              <w:rPr>
                <w:rFonts w:asciiTheme="majorHAnsi" w:hAnsiTheme="majorHAnsi" w:cstheme="majorHAnsi"/>
                <w:sz w:val="26"/>
                <w:szCs w:val="26"/>
                <w:highlight w:val="yellow"/>
              </w:rPr>
              <w:t>1</w:t>
            </w:r>
            <w:r w:rsidR="00D36DD6" w:rsidRPr="00D305DB">
              <w:rPr>
                <w:rFonts w:asciiTheme="majorHAnsi" w:hAnsiTheme="majorHAnsi" w:cstheme="majorHAnsi"/>
                <w:sz w:val="26"/>
                <w:szCs w:val="26"/>
                <w:highlight w:val="yellow"/>
              </w:rPr>
              <w:t xml:space="preserve"> more volunteer</w:t>
            </w:r>
          </w:p>
        </w:tc>
      </w:tr>
      <w:tr w:rsidR="00B10A90" w:rsidRPr="002B6642" w14:paraId="79439469" w14:textId="77777777" w:rsidTr="000251B9">
        <w:tc>
          <w:tcPr>
            <w:tcW w:w="1696" w:type="dxa"/>
          </w:tcPr>
          <w:p w14:paraId="7CE4E5E8" w14:textId="5C3ECA91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27 Mar 2026</w:t>
            </w:r>
          </w:p>
        </w:tc>
        <w:tc>
          <w:tcPr>
            <w:tcW w:w="8931" w:type="dxa"/>
          </w:tcPr>
          <w:p w14:paraId="7454EE36" w14:textId="77777777" w:rsidR="00B10A90" w:rsidRPr="002B6642" w:rsidRDefault="00000000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2B6642">
              <w:rPr>
                <w:rFonts w:asciiTheme="majorHAnsi" w:hAnsiTheme="majorHAnsi" w:cstheme="majorHAnsi"/>
                <w:sz w:val="26"/>
                <w:szCs w:val="26"/>
              </w:rPr>
              <w:t>Pam Parkin, Margaret Hooper, Pam Binks, Robyn Everitt, Tineke Thurlow</w:t>
            </w:r>
          </w:p>
        </w:tc>
      </w:tr>
    </w:tbl>
    <w:p w14:paraId="418616C9" w14:textId="119F167E" w:rsidR="00B10A90" w:rsidRDefault="00000000" w:rsidP="0054790F">
      <w:pPr>
        <w:rPr>
          <w:rFonts w:asciiTheme="majorHAnsi" w:hAnsiTheme="majorHAnsi" w:cstheme="majorHAnsi"/>
          <w:sz w:val="26"/>
          <w:szCs w:val="26"/>
        </w:rPr>
      </w:pPr>
      <w:r w:rsidRPr="002B6642">
        <w:rPr>
          <w:rFonts w:asciiTheme="majorHAnsi" w:hAnsiTheme="majorHAnsi" w:cstheme="majorHAnsi"/>
          <w:sz w:val="26"/>
          <w:szCs w:val="26"/>
        </w:rPr>
        <w:br/>
      </w:r>
    </w:p>
    <w:p w14:paraId="611630D8" w14:textId="77777777" w:rsidR="00E42355" w:rsidRPr="002B6642" w:rsidRDefault="00E42355" w:rsidP="0054790F">
      <w:pPr>
        <w:rPr>
          <w:rFonts w:asciiTheme="majorHAnsi" w:hAnsiTheme="majorHAnsi" w:cstheme="majorHAnsi"/>
          <w:sz w:val="26"/>
          <w:szCs w:val="26"/>
        </w:rPr>
      </w:pPr>
    </w:p>
    <w:sectPr w:rsidR="00E42355" w:rsidRPr="002B6642" w:rsidSect="000F79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16583413">
    <w:abstractNumId w:val="8"/>
  </w:num>
  <w:num w:numId="2" w16cid:durableId="924537004">
    <w:abstractNumId w:val="6"/>
  </w:num>
  <w:num w:numId="3" w16cid:durableId="990865518">
    <w:abstractNumId w:val="5"/>
  </w:num>
  <w:num w:numId="4" w16cid:durableId="1277253826">
    <w:abstractNumId w:val="4"/>
  </w:num>
  <w:num w:numId="5" w16cid:durableId="643780823">
    <w:abstractNumId w:val="7"/>
  </w:num>
  <w:num w:numId="6" w16cid:durableId="1150943727">
    <w:abstractNumId w:val="3"/>
  </w:num>
  <w:num w:numId="7" w16cid:durableId="1841579800">
    <w:abstractNumId w:val="2"/>
  </w:num>
  <w:num w:numId="8" w16cid:durableId="203759142">
    <w:abstractNumId w:val="1"/>
  </w:num>
  <w:num w:numId="9" w16cid:durableId="63471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B9"/>
    <w:rsid w:val="00031D2A"/>
    <w:rsid w:val="00034616"/>
    <w:rsid w:val="0006063C"/>
    <w:rsid w:val="00080461"/>
    <w:rsid w:val="000F7977"/>
    <w:rsid w:val="0015074B"/>
    <w:rsid w:val="001905FC"/>
    <w:rsid w:val="0029639D"/>
    <w:rsid w:val="002B6642"/>
    <w:rsid w:val="002F1A09"/>
    <w:rsid w:val="00326F90"/>
    <w:rsid w:val="00343955"/>
    <w:rsid w:val="003D7DF5"/>
    <w:rsid w:val="003E0087"/>
    <w:rsid w:val="004644FB"/>
    <w:rsid w:val="0054790F"/>
    <w:rsid w:val="005A4705"/>
    <w:rsid w:val="006A51C4"/>
    <w:rsid w:val="007D7C7D"/>
    <w:rsid w:val="008955E3"/>
    <w:rsid w:val="009753A8"/>
    <w:rsid w:val="00A05397"/>
    <w:rsid w:val="00AA1D8D"/>
    <w:rsid w:val="00B10A90"/>
    <w:rsid w:val="00B11E09"/>
    <w:rsid w:val="00B47730"/>
    <w:rsid w:val="00B752A6"/>
    <w:rsid w:val="00C42BE2"/>
    <w:rsid w:val="00C4624A"/>
    <w:rsid w:val="00CB0664"/>
    <w:rsid w:val="00D305DB"/>
    <w:rsid w:val="00D322A2"/>
    <w:rsid w:val="00D36DD6"/>
    <w:rsid w:val="00E42355"/>
    <w:rsid w:val="00F03DE3"/>
    <w:rsid w:val="00FB2E9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EC2A77"/>
  <w14:defaultImageDpi w14:val="300"/>
  <w15:docId w15:val="{9562312F-A89D-420F-8279-9A0B4541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4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181</Words>
  <Characters>967</Characters>
  <Application>Microsoft Office Word</Application>
  <DocSecurity>0</DocSecurity>
  <Lines>34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23</cp:revision>
  <cp:lastPrinted>2026-01-06T02:36:00Z</cp:lastPrinted>
  <dcterms:created xsi:type="dcterms:W3CDTF">2025-12-19T01:51:00Z</dcterms:created>
  <dcterms:modified xsi:type="dcterms:W3CDTF">2026-01-06T22:05:00Z</dcterms:modified>
  <cp:category/>
</cp:coreProperties>
</file>