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39DF6" w14:textId="3C87B4F6" w:rsidR="00EF7D79" w:rsidRDefault="00EF7D79" w:rsidP="00EF7D79">
      <w:pPr>
        <w:ind w:firstLine="1134"/>
        <w:rPr>
          <w:rFonts w:asciiTheme="majorHAnsi" w:hAnsiTheme="majorHAnsi" w:cstheme="majorHAnsi"/>
          <w:b/>
          <w:noProof/>
          <w:sz w:val="40"/>
          <w:szCs w:val="40"/>
        </w:rPr>
      </w:pPr>
      <w:r w:rsidRPr="003E0087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82F3DB9" wp14:editId="1879F40B">
            <wp:simplePos x="0" y="0"/>
            <wp:positionH relativeFrom="column">
              <wp:posOffset>155575</wp:posOffset>
            </wp:positionH>
            <wp:positionV relativeFrom="paragraph">
              <wp:posOffset>10795</wp:posOffset>
            </wp:positionV>
            <wp:extent cx="803910" cy="990600"/>
            <wp:effectExtent l="0" t="0" r="0" b="0"/>
            <wp:wrapTight wrapText="bothSides">
              <wp:wrapPolygon edited="0">
                <wp:start x="0" y="0"/>
                <wp:lineTo x="512" y="14954"/>
                <wp:lineTo x="6142" y="20354"/>
                <wp:lineTo x="9213" y="21185"/>
                <wp:lineTo x="11261" y="21185"/>
                <wp:lineTo x="14332" y="20354"/>
                <wp:lineTo x="20474" y="14538"/>
                <wp:lineTo x="20474" y="0"/>
                <wp:lineTo x="0" y="0"/>
              </wp:wrapPolygon>
            </wp:wrapTight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78978" w14:textId="12F42DA4" w:rsidR="004E7C71" w:rsidRDefault="00DD7F1B" w:rsidP="00EF7D79">
      <w:pPr>
        <w:ind w:firstLine="1276"/>
        <w:rPr>
          <w:rFonts w:ascii="Calibri" w:hAnsi="Calibri" w:cs="Calibri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t xml:space="preserve">Readers &amp; Intercessor Roster </w:t>
      </w:r>
      <w:r w:rsidR="00F225D0" w:rsidRPr="003E0087">
        <w:rPr>
          <w:rFonts w:asciiTheme="majorHAnsi" w:hAnsiTheme="majorHAnsi" w:cstheme="majorHAnsi"/>
          <w:b/>
          <w:sz w:val="40"/>
          <w:szCs w:val="40"/>
        </w:rPr>
        <w:t>January - March 2026</w:t>
      </w:r>
      <w:r w:rsidR="00F225D0" w:rsidRPr="003E0087">
        <w:rPr>
          <w:rFonts w:asciiTheme="majorHAnsi" w:hAnsiTheme="majorHAnsi" w:cstheme="majorHAnsi"/>
          <w:b/>
          <w:sz w:val="40"/>
          <w:szCs w:val="40"/>
        </w:rPr>
        <w:br/>
      </w:r>
    </w:p>
    <w:p w14:paraId="0D501D62" w14:textId="338698A2" w:rsidR="00C00033" w:rsidRDefault="00C00033">
      <w:pPr>
        <w:jc w:val="center"/>
        <w:rPr>
          <w:rFonts w:ascii="Calibri" w:hAnsi="Calibri" w:cs="Calibri"/>
        </w:rPr>
      </w:pPr>
    </w:p>
    <w:p w14:paraId="40D68F02" w14:textId="77777777" w:rsidR="00C00033" w:rsidRPr="008B788B" w:rsidRDefault="00C00033">
      <w:pPr>
        <w:jc w:val="center"/>
        <w:rPr>
          <w:rFonts w:ascii="Calibri" w:hAnsi="Calibri" w:cs="Calibri"/>
        </w:rPr>
      </w:pPr>
    </w:p>
    <w:tbl>
      <w:tblPr>
        <w:tblStyle w:val="TableGrid"/>
        <w:tblW w:w="15207" w:type="dxa"/>
        <w:tblLook w:val="04A0" w:firstRow="1" w:lastRow="0" w:firstColumn="1" w:lastColumn="0" w:noHBand="0" w:noVBand="1"/>
      </w:tblPr>
      <w:tblGrid>
        <w:gridCol w:w="2122"/>
        <w:gridCol w:w="1984"/>
        <w:gridCol w:w="2410"/>
        <w:gridCol w:w="2171"/>
        <w:gridCol w:w="2081"/>
        <w:gridCol w:w="1985"/>
        <w:gridCol w:w="2454"/>
      </w:tblGrid>
      <w:tr w:rsidR="008B788B" w:rsidRPr="008B788B" w14:paraId="2EAF0AFB" w14:textId="62521A66" w:rsidTr="00EF7D79">
        <w:tc>
          <w:tcPr>
            <w:tcW w:w="2122" w:type="dxa"/>
          </w:tcPr>
          <w:p w14:paraId="36417A5D" w14:textId="2CFDA7D3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b/>
                <w:sz w:val="26"/>
                <w:szCs w:val="26"/>
              </w:rPr>
              <w:t>Date</w:t>
            </w:r>
          </w:p>
        </w:tc>
        <w:tc>
          <w:tcPr>
            <w:tcW w:w="1984" w:type="dxa"/>
          </w:tcPr>
          <w:p w14:paraId="09001D5A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b/>
                <w:sz w:val="26"/>
                <w:szCs w:val="26"/>
              </w:rPr>
              <w:t>8:00am Reader</w:t>
            </w:r>
          </w:p>
        </w:tc>
        <w:tc>
          <w:tcPr>
            <w:tcW w:w="2410" w:type="dxa"/>
          </w:tcPr>
          <w:p w14:paraId="6472B7D2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b/>
                <w:sz w:val="26"/>
                <w:szCs w:val="26"/>
              </w:rPr>
              <w:t>8:00am Intercessor</w:t>
            </w:r>
          </w:p>
        </w:tc>
        <w:tc>
          <w:tcPr>
            <w:tcW w:w="2171" w:type="dxa"/>
          </w:tcPr>
          <w:p w14:paraId="2002E0FD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b/>
                <w:sz w:val="26"/>
                <w:szCs w:val="26"/>
              </w:rPr>
              <w:t>9:30am Reader 1</w:t>
            </w:r>
          </w:p>
        </w:tc>
        <w:tc>
          <w:tcPr>
            <w:tcW w:w="2081" w:type="dxa"/>
          </w:tcPr>
          <w:p w14:paraId="297DFA64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b/>
                <w:sz w:val="26"/>
                <w:szCs w:val="26"/>
              </w:rPr>
              <w:t>9:30am Reader 2</w:t>
            </w:r>
          </w:p>
        </w:tc>
        <w:tc>
          <w:tcPr>
            <w:tcW w:w="1985" w:type="dxa"/>
          </w:tcPr>
          <w:p w14:paraId="60FB95CF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b/>
                <w:sz w:val="26"/>
                <w:szCs w:val="26"/>
              </w:rPr>
              <w:t>9:30am Intercessor</w:t>
            </w:r>
          </w:p>
        </w:tc>
        <w:tc>
          <w:tcPr>
            <w:tcW w:w="2454" w:type="dxa"/>
          </w:tcPr>
          <w:p w14:paraId="02CB9A98" w14:textId="5705BC1E" w:rsidR="000454A0" w:rsidRPr="008B788B" w:rsidRDefault="000454A0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8B788B">
              <w:rPr>
                <w:rFonts w:ascii="Calibri" w:hAnsi="Calibri" w:cs="Calibri"/>
                <w:b/>
                <w:sz w:val="26"/>
                <w:szCs w:val="26"/>
              </w:rPr>
              <w:t>Notes</w:t>
            </w:r>
          </w:p>
        </w:tc>
      </w:tr>
      <w:tr w:rsidR="008B788B" w:rsidRPr="008B788B" w14:paraId="1D3EE314" w14:textId="43BBC3B8" w:rsidTr="00EF7D79">
        <w:tc>
          <w:tcPr>
            <w:tcW w:w="2122" w:type="dxa"/>
          </w:tcPr>
          <w:p w14:paraId="0C44FE6D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04 Jan 2026</w:t>
            </w:r>
          </w:p>
        </w:tc>
        <w:tc>
          <w:tcPr>
            <w:tcW w:w="1984" w:type="dxa"/>
          </w:tcPr>
          <w:p w14:paraId="4DE15AC3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Anne Brennan</w:t>
            </w:r>
          </w:p>
        </w:tc>
        <w:tc>
          <w:tcPr>
            <w:tcW w:w="2410" w:type="dxa"/>
          </w:tcPr>
          <w:p w14:paraId="5963C966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Cathryn Fardon</w:t>
            </w:r>
          </w:p>
        </w:tc>
        <w:tc>
          <w:tcPr>
            <w:tcW w:w="2171" w:type="dxa"/>
          </w:tcPr>
          <w:p w14:paraId="643230BC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Chris Cahill</w:t>
            </w:r>
          </w:p>
        </w:tc>
        <w:tc>
          <w:tcPr>
            <w:tcW w:w="2081" w:type="dxa"/>
          </w:tcPr>
          <w:p w14:paraId="74847E9A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Didy Button</w:t>
            </w:r>
          </w:p>
        </w:tc>
        <w:tc>
          <w:tcPr>
            <w:tcW w:w="1985" w:type="dxa"/>
          </w:tcPr>
          <w:p w14:paraId="19F9BFC7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Kat Pugh</w:t>
            </w:r>
          </w:p>
        </w:tc>
        <w:tc>
          <w:tcPr>
            <w:tcW w:w="2454" w:type="dxa"/>
          </w:tcPr>
          <w:p w14:paraId="15504DF3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50C6BA69" w14:textId="36B331CC" w:rsidTr="00EF7D79">
        <w:tc>
          <w:tcPr>
            <w:tcW w:w="2122" w:type="dxa"/>
          </w:tcPr>
          <w:p w14:paraId="109A2912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11 Jan 2026</w:t>
            </w:r>
          </w:p>
        </w:tc>
        <w:tc>
          <w:tcPr>
            <w:tcW w:w="1984" w:type="dxa"/>
          </w:tcPr>
          <w:p w14:paraId="052650DD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Cathryn Fardon</w:t>
            </w:r>
          </w:p>
        </w:tc>
        <w:tc>
          <w:tcPr>
            <w:tcW w:w="2410" w:type="dxa"/>
          </w:tcPr>
          <w:p w14:paraId="29F8E00A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Dan Fardon</w:t>
            </w:r>
          </w:p>
        </w:tc>
        <w:tc>
          <w:tcPr>
            <w:tcW w:w="2171" w:type="dxa"/>
          </w:tcPr>
          <w:p w14:paraId="4BB7AA7C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Inara Powell</w:t>
            </w:r>
          </w:p>
        </w:tc>
        <w:tc>
          <w:tcPr>
            <w:tcW w:w="2081" w:type="dxa"/>
          </w:tcPr>
          <w:p w14:paraId="6014427E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Kat Pugh</w:t>
            </w:r>
          </w:p>
        </w:tc>
        <w:tc>
          <w:tcPr>
            <w:tcW w:w="1985" w:type="dxa"/>
          </w:tcPr>
          <w:p w14:paraId="0447C7C0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Inara Powell</w:t>
            </w:r>
          </w:p>
        </w:tc>
        <w:tc>
          <w:tcPr>
            <w:tcW w:w="2454" w:type="dxa"/>
          </w:tcPr>
          <w:p w14:paraId="138A3B20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389531C2" w14:textId="684C4639" w:rsidTr="00EF7D79">
        <w:tc>
          <w:tcPr>
            <w:tcW w:w="2122" w:type="dxa"/>
          </w:tcPr>
          <w:p w14:paraId="72EA27AE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18 Jan 2026</w:t>
            </w:r>
          </w:p>
        </w:tc>
        <w:tc>
          <w:tcPr>
            <w:tcW w:w="1984" w:type="dxa"/>
          </w:tcPr>
          <w:p w14:paraId="1C0140BD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Kath Fisher</w:t>
            </w:r>
          </w:p>
        </w:tc>
        <w:tc>
          <w:tcPr>
            <w:tcW w:w="2410" w:type="dxa"/>
          </w:tcPr>
          <w:p w14:paraId="771D5651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Vari Booth</w:t>
            </w:r>
          </w:p>
        </w:tc>
        <w:tc>
          <w:tcPr>
            <w:tcW w:w="2171" w:type="dxa"/>
          </w:tcPr>
          <w:p w14:paraId="3B85627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Jan Roberts</w:t>
            </w:r>
          </w:p>
        </w:tc>
        <w:tc>
          <w:tcPr>
            <w:tcW w:w="2081" w:type="dxa"/>
          </w:tcPr>
          <w:p w14:paraId="071ECDE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Julia Butler</w:t>
            </w:r>
          </w:p>
        </w:tc>
        <w:tc>
          <w:tcPr>
            <w:tcW w:w="1985" w:type="dxa"/>
          </w:tcPr>
          <w:p w14:paraId="43CD5DD3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Jan Roberts</w:t>
            </w:r>
          </w:p>
        </w:tc>
        <w:tc>
          <w:tcPr>
            <w:tcW w:w="2454" w:type="dxa"/>
          </w:tcPr>
          <w:p w14:paraId="512EF7DC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678894F7" w14:textId="046CBD51" w:rsidTr="00EF7D79">
        <w:tc>
          <w:tcPr>
            <w:tcW w:w="2122" w:type="dxa"/>
          </w:tcPr>
          <w:p w14:paraId="4EA2AB9A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25 Jan 2026</w:t>
            </w:r>
          </w:p>
        </w:tc>
        <w:tc>
          <w:tcPr>
            <w:tcW w:w="1984" w:type="dxa"/>
          </w:tcPr>
          <w:p w14:paraId="519E21C3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Anne Brennan</w:t>
            </w:r>
          </w:p>
        </w:tc>
        <w:tc>
          <w:tcPr>
            <w:tcW w:w="2410" w:type="dxa"/>
          </w:tcPr>
          <w:p w14:paraId="3A82287B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Cathryn Fardon</w:t>
            </w:r>
          </w:p>
        </w:tc>
        <w:tc>
          <w:tcPr>
            <w:tcW w:w="2171" w:type="dxa"/>
          </w:tcPr>
          <w:p w14:paraId="2E57CD1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Lange Powell</w:t>
            </w:r>
          </w:p>
        </w:tc>
        <w:tc>
          <w:tcPr>
            <w:tcW w:w="2081" w:type="dxa"/>
          </w:tcPr>
          <w:p w14:paraId="79633C4C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Louise Zieseniss</w:t>
            </w:r>
          </w:p>
        </w:tc>
        <w:tc>
          <w:tcPr>
            <w:tcW w:w="1985" w:type="dxa"/>
          </w:tcPr>
          <w:p w14:paraId="6F0D2D1D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Julia Butler</w:t>
            </w:r>
          </w:p>
        </w:tc>
        <w:tc>
          <w:tcPr>
            <w:tcW w:w="2454" w:type="dxa"/>
          </w:tcPr>
          <w:p w14:paraId="5AA77CE7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0CE5DB6D" w14:textId="32D7AB01" w:rsidTr="00EF7D79">
        <w:tc>
          <w:tcPr>
            <w:tcW w:w="2122" w:type="dxa"/>
          </w:tcPr>
          <w:p w14:paraId="7DC7A311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01 Feb 2026</w:t>
            </w:r>
          </w:p>
        </w:tc>
        <w:tc>
          <w:tcPr>
            <w:tcW w:w="1984" w:type="dxa"/>
          </w:tcPr>
          <w:p w14:paraId="6EC7AD1F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Cathryn Fardon</w:t>
            </w:r>
          </w:p>
        </w:tc>
        <w:tc>
          <w:tcPr>
            <w:tcW w:w="2410" w:type="dxa"/>
          </w:tcPr>
          <w:p w14:paraId="7D497877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Dan Fardon</w:t>
            </w:r>
          </w:p>
        </w:tc>
        <w:tc>
          <w:tcPr>
            <w:tcW w:w="2171" w:type="dxa"/>
          </w:tcPr>
          <w:p w14:paraId="069F7754" w14:textId="53384B1A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Children</w:t>
            </w:r>
          </w:p>
        </w:tc>
        <w:tc>
          <w:tcPr>
            <w:tcW w:w="2081" w:type="dxa"/>
          </w:tcPr>
          <w:p w14:paraId="2EB17C00" w14:textId="77764C60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Children</w:t>
            </w:r>
          </w:p>
        </w:tc>
        <w:tc>
          <w:tcPr>
            <w:tcW w:w="1985" w:type="dxa"/>
          </w:tcPr>
          <w:p w14:paraId="69EEE576" w14:textId="5B6D4B88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Children</w:t>
            </w:r>
          </w:p>
        </w:tc>
        <w:tc>
          <w:tcPr>
            <w:tcW w:w="2454" w:type="dxa"/>
          </w:tcPr>
          <w:p w14:paraId="16C80488" w14:textId="59BCE580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Family Worship</w:t>
            </w:r>
          </w:p>
        </w:tc>
      </w:tr>
      <w:tr w:rsidR="008B788B" w:rsidRPr="008B788B" w14:paraId="1CBDDC22" w14:textId="3232EF6F" w:rsidTr="00EF7D79">
        <w:tc>
          <w:tcPr>
            <w:tcW w:w="2122" w:type="dxa"/>
          </w:tcPr>
          <w:p w14:paraId="691FAC3A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08 Feb 2026</w:t>
            </w:r>
          </w:p>
        </w:tc>
        <w:tc>
          <w:tcPr>
            <w:tcW w:w="1984" w:type="dxa"/>
          </w:tcPr>
          <w:p w14:paraId="7F1F1FC8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Kath Fisher</w:t>
            </w:r>
          </w:p>
        </w:tc>
        <w:tc>
          <w:tcPr>
            <w:tcW w:w="2410" w:type="dxa"/>
          </w:tcPr>
          <w:p w14:paraId="68133F61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Pam Binks</w:t>
            </w:r>
          </w:p>
        </w:tc>
        <w:tc>
          <w:tcPr>
            <w:tcW w:w="2171" w:type="dxa"/>
          </w:tcPr>
          <w:p w14:paraId="457352AA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Nola Goldsmith</w:t>
            </w:r>
          </w:p>
        </w:tc>
        <w:tc>
          <w:tcPr>
            <w:tcW w:w="2081" w:type="dxa"/>
          </w:tcPr>
          <w:p w14:paraId="74372935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Rosemary Taylor</w:t>
            </w:r>
          </w:p>
        </w:tc>
        <w:tc>
          <w:tcPr>
            <w:tcW w:w="1985" w:type="dxa"/>
          </w:tcPr>
          <w:p w14:paraId="0334D436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Lange Powell</w:t>
            </w:r>
          </w:p>
        </w:tc>
        <w:tc>
          <w:tcPr>
            <w:tcW w:w="2454" w:type="dxa"/>
          </w:tcPr>
          <w:p w14:paraId="671834C9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0700A77A" w14:textId="062F500D" w:rsidTr="00EF7D79">
        <w:tc>
          <w:tcPr>
            <w:tcW w:w="2122" w:type="dxa"/>
          </w:tcPr>
          <w:p w14:paraId="3AB2C6E4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15 Feb 2026</w:t>
            </w:r>
          </w:p>
        </w:tc>
        <w:tc>
          <w:tcPr>
            <w:tcW w:w="1984" w:type="dxa"/>
          </w:tcPr>
          <w:p w14:paraId="7784EEB1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Anne Brennan</w:t>
            </w:r>
          </w:p>
        </w:tc>
        <w:tc>
          <w:tcPr>
            <w:tcW w:w="2410" w:type="dxa"/>
          </w:tcPr>
          <w:p w14:paraId="41C602A6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Vari Booth</w:t>
            </w:r>
          </w:p>
        </w:tc>
        <w:tc>
          <w:tcPr>
            <w:tcW w:w="2171" w:type="dxa"/>
          </w:tcPr>
          <w:p w14:paraId="64606801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Rosey Neeves</w:t>
            </w:r>
          </w:p>
        </w:tc>
        <w:tc>
          <w:tcPr>
            <w:tcW w:w="2081" w:type="dxa"/>
          </w:tcPr>
          <w:p w14:paraId="6182D610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Julie Gameau</w:t>
            </w:r>
          </w:p>
        </w:tc>
        <w:tc>
          <w:tcPr>
            <w:tcW w:w="1985" w:type="dxa"/>
          </w:tcPr>
          <w:p w14:paraId="735B0CA2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Louise Zieseniss</w:t>
            </w:r>
          </w:p>
        </w:tc>
        <w:tc>
          <w:tcPr>
            <w:tcW w:w="2454" w:type="dxa"/>
          </w:tcPr>
          <w:p w14:paraId="601EB419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27153A7A" w14:textId="68CEDCEB" w:rsidTr="00EF7D79">
        <w:tc>
          <w:tcPr>
            <w:tcW w:w="2122" w:type="dxa"/>
          </w:tcPr>
          <w:p w14:paraId="3F25BA47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22 Feb 2026</w:t>
            </w:r>
          </w:p>
        </w:tc>
        <w:tc>
          <w:tcPr>
            <w:tcW w:w="1984" w:type="dxa"/>
          </w:tcPr>
          <w:p w14:paraId="25681029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Cathryn Fardon</w:t>
            </w:r>
          </w:p>
        </w:tc>
        <w:tc>
          <w:tcPr>
            <w:tcW w:w="2410" w:type="dxa"/>
          </w:tcPr>
          <w:p w14:paraId="2440AA9F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Cathryn Fardon</w:t>
            </w:r>
          </w:p>
        </w:tc>
        <w:tc>
          <w:tcPr>
            <w:tcW w:w="2171" w:type="dxa"/>
          </w:tcPr>
          <w:p w14:paraId="5FDE524D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Jackie Glover</w:t>
            </w:r>
          </w:p>
        </w:tc>
        <w:tc>
          <w:tcPr>
            <w:tcW w:w="2081" w:type="dxa"/>
          </w:tcPr>
          <w:p w14:paraId="6F084B2E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Jenny Stewart</w:t>
            </w:r>
          </w:p>
        </w:tc>
        <w:tc>
          <w:tcPr>
            <w:tcW w:w="1985" w:type="dxa"/>
          </w:tcPr>
          <w:p w14:paraId="2C39238A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Kat Pugh</w:t>
            </w:r>
          </w:p>
        </w:tc>
        <w:tc>
          <w:tcPr>
            <w:tcW w:w="2454" w:type="dxa"/>
          </w:tcPr>
          <w:p w14:paraId="62FE0500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6BB965FB" w14:textId="4577F2BE" w:rsidTr="00EF7D79">
        <w:tc>
          <w:tcPr>
            <w:tcW w:w="2122" w:type="dxa"/>
          </w:tcPr>
          <w:p w14:paraId="74712FE3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01 Mar 2026</w:t>
            </w:r>
          </w:p>
        </w:tc>
        <w:tc>
          <w:tcPr>
            <w:tcW w:w="1984" w:type="dxa"/>
          </w:tcPr>
          <w:p w14:paraId="354701F0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Kath Fisher</w:t>
            </w:r>
          </w:p>
        </w:tc>
        <w:tc>
          <w:tcPr>
            <w:tcW w:w="2410" w:type="dxa"/>
          </w:tcPr>
          <w:p w14:paraId="00223260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Dan Fardon</w:t>
            </w:r>
          </w:p>
        </w:tc>
        <w:tc>
          <w:tcPr>
            <w:tcW w:w="2171" w:type="dxa"/>
          </w:tcPr>
          <w:p w14:paraId="3AF34CB7" w14:textId="5DCB286E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Children</w:t>
            </w:r>
          </w:p>
        </w:tc>
        <w:tc>
          <w:tcPr>
            <w:tcW w:w="2081" w:type="dxa"/>
          </w:tcPr>
          <w:p w14:paraId="22D2D908" w14:textId="4B50328E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Children</w:t>
            </w:r>
          </w:p>
        </w:tc>
        <w:tc>
          <w:tcPr>
            <w:tcW w:w="1985" w:type="dxa"/>
          </w:tcPr>
          <w:p w14:paraId="0DDCD3E3" w14:textId="2BD1ABB4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Children</w:t>
            </w:r>
          </w:p>
        </w:tc>
        <w:tc>
          <w:tcPr>
            <w:tcW w:w="2454" w:type="dxa"/>
          </w:tcPr>
          <w:p w14:paraId="25A84029" w14:textId="5E322C97" w:rsidR="000454A0" w:rsidRPr="008B788B" w:rsidRDefault="00C80A75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Family Worship</w:t>
            </w:r>
          </w:p>
        </w:tc>
      </w:tr>
      <w:tr w:rsidR="008B788B" w:rsidRPr="008B788B" w14:paraId="05B2D4F3" w14:textId="1947DCD7" w:rsidTr="00EF7D79">
        <w:tc>
          <w:tcPr>
            <w:tcW w:w="2122" w:type="dxa"/>
          </w:tcPr>
          <w:p w14:paraId="428A4911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08 Mar 2026</w:t>
            </w:r>
          </w:p>
        </w:tc>
        <w:tc>
          <w:tcPr>
            <w:tcW w:w="1984" w:type="dxa"/>
          </w:tcPr>
          <w:p w14:paraId="4E21E6D1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Pam Binks</w:t>
            </w:r>
          </w:p>
        </w:tc>
        <w:tc>
          <w:tcPr>
            <w:tcW w:w="2410" w:type="dxa"/>
          </w:tcPr>
          <w:p w14:paraId="05A0D15F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Pam Binks</w:t>
            </w:r>
          </w:p>
        </w:tc>
        <w:tc>
          <w:tcPr>
            <w:tcW w:w="2171" w:type="dxa"/>
          </w:tcPr>
          <w:p w14:paraId="058CDD2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Pauline Glover</w:t>
            </w:r>
          </w:p>
        </w:tc>
        <w:tc>
          <w:tcPr>
            <w:tcW w:w="2081" w:type="dxa"/>
          </w:tcPr>
          <w:p w14:paraId="080C675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Ellie Gharib</w:t>
            </w:r>
          </w:p>
        </w:tc>
        <w:tc>
          <w:tcPr>
            <w:tcW w:w="1985" w:type="dxa"/>
          </w:tcPr>
          <w:p w14:paraId="5EE4AC4C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Inara Powell</w:t>
            </w:r>
          </w:p>
        </w:tc>
        <w:tc>
          <w:tcPr>
            <w:tcW w:w="2454" w:type="dxa"/>
          </w:tcPr>
          <w:p w14:paraId="74EFEE5B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3C1917E6" w14:textId="15BCD6E5" w:rsidTr="00EF7D79">
        <w:tc>
          <w:tcPr>
            <w:tcW w:w="2122" w:type="dxa"/>
          </w:tcPr>
          <w:p w14:paraId="38A032FD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15 Mar 2026</w:t>
            </w:r>
          </w:p>
        </w:tc>
        <w:tc>
          <w:tcPr>
            <w:tcW w:w="1984" w:type="dxa"/>
          </w:tcPr>
          <w:p w14:paraId="74D0DD0A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Swapna Deepak</w:t>
            </w:r>
          </w:p>
        </w:tc>
        <w:tc>
          <w:tcPr>
            <w:tcW w:w="2410" w:type="dxa"/>
          </w:tcPr>
          <w:p w14:paraId="0BBCAD4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Vari Booth</w:t>
            </w:r>
          </w:p>
        </w:tc>
        <w:tc>
          <w:tcPr>
            <w:tcW w:w="2171" w:type="dxa"/>
          </w:tcPr>
          <w:p w14:paraId="604FBB1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Chris Cahill</w:t>
            </w:r>
          </w:p>
        </w:tc>
        <w:tc>
          <w:tcPr>
            <w:tcW w:w="2081" w:type="dxa"/>
          </w:tcPr>
          <w:p w14:paraId="6DC8E300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Didy Button</w:t>
            </w:r>
          </w:p>
        </w:tc>
        <w:tc>
          <w:tcPr>
            <w:tcW w:w="1985" w:type="dxa"/>
          </w:tcPr>
          <w:p w14:paraId="4EB9770D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Jan Roberts</w:t>
            </w:r>
          </w:p>
        </w:tc>
        <w:tc>
          <w:tcPr>
            <w:tcW w:w="2454" w:type="dxa"/>
          </w:tcPr>
          <w:p w14:paraId="088CD67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44AC7D74" w14:textId="56A65678" w:rsidTr="00EF7D79">
        <w:tc>
          <w:tcPr>
            <w:tcW w:w="2122" w:type="dxa"/>
          </w:tcPr>
          <w:p w14:paraId="29B694CB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22 Mar 2026</w:t>
            </w:r>
          </w:p>
        </w:tc>
        <w:tc>
          <w:tcPr>
            <w:tcW w:w="1984" w:type="dxa"/>
          </w:tcPr>
          <w:p w14:paraId="5C76F919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Anne Brennan</w:t>
            </w:r>
          </w:p>
        </w:tc>
        <w:tc>
          <w:tcPr>
            <w:tcW w:w="2410" w:type="dxa"/>
          </w:tcPr>
          <w:p w14:paraId="5B3F2D9D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Cathryn Fardon</w:t>
            </w:r>
          </w:p>
        </w:tc>
        <w:tc>
          <w:tcPr>
            <w:tcW w:w="2171" w:type="dxa"/>
          </w:tcPr>
          <w:p w14:paraId="21C5D1B4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Inara Powell</w:t>
            </w:r>
          </w:p>
        </w:tc>
        <w:tc>
          <w:tcPr>
            <w:tcW w:w="2081" w:type="dxa"/>
          </w:tcPr>
          <w:p w14:paraId="3D0AAEEC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Kat Pugh</w:t>
            </w:r>
          </w:p>
        </w:tc>
        <w:tc>
          <w:tcPr>
            <w:tcW w:w="1985" w:type="dxa"/>
          </w:tcPr>
          <w:p w14:paraId="5DE566FA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Julia Butler</w:t>
            </w:r>
          </w:p>
        </w:tc>
        <w:tc>
          <w:tcPr>
            <w:tcW w:w="2454" w:type="dxa"/>
          </w:tcPr>
          <w:p w14:paraId="465022B8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8B788B" w:rsidRPr="008B788B" w14:paraId="184107DF" w14:textId="1E393E23" w:rsidTr="00EF7D79">
        <w:tc>
          <w:tcPr>
            <w:tcW w:w="2122" w:type="dxa"/>
          </w:tcPr>
          <w:p w14:paraId="2855B5EA" w14:textId="77777777" w:rsidR="000454A0" w:rsidRPr="008B788B" w:rsidRDefault="000454A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Sun 29 Mar 2026</w:t>
            </w:r>
          </w:p>
        </w:tc>
        <w:tc>
          <w:tcPr>
            <w:tcW w:w="1984" w:type="dxa"/>
          </w:tcPr>
          <w:p w14:paraId="7B30A5A0" w14:textId="762A407D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410" w:type="dxa"/>
          </w:tcPr>
          <w:p w14:paraId="144EE03E" w14:textId="6FE9C4A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171" w:type="dxa"/>
          </w:tcPr>
          <w:p w14:paraId="30FD5A67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Jan Roberts</w:t>
            </w:r>
          </w:p>
        </w:tc>
        <w:tc>
          <w:tcPr>
            <w:tcW w:w="2081" w:type="dxa"/>
          </w:tcPr>
          <w:p w14:paraId="0281FDE2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Julia Butler</w:t>
            </w:r>
          </w:p>
        </w:tc>
        <w:tc>
          <w:tcPr>
            <w:tcW w:w="1985" w:type="dxa"/>
          </w:tcPr>
          <w:p w14:paraId="4FF5801F" w14:textId="77777777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>Lange Powell</w:t>
            </w:r>
          </w:p>
        </w:tc>
        <w:tc>
          <w:tcPr>
            <w:tcW w:w="2454" w:type="dxa"/>
          </w:tcPr>
          <w:p w14:paraId="15117499" w14:textId="5E810364" w:rsidR="000454A0" w:rsidRPr="008B788B" w:rsidRDefault="000454A0">
            <w:pPr>
              <w:rPr>
                <w:rFonts w:ascii="Calibri" w:hAnsi="Calibri" w:cs="Calibri"/>
                <w:sz w:val="26"/>
                <w:szCs w:val="26"/>
              </w:rPr>
            </w:pPr>
            <w:r w:rsidRPr="008B788B">
              <w:rPr>
                <w:rFonts w:ascii="Calibri" w:hAnsi="Calibri" w:cs="Calibri"/>
                <w:sz w:val="26"/>
                <w:szCs w:val="26"/>
              </w:rPr>
              <w:t xml:space="preserve">Palm Sunday </w:t>
            </w:r>
          </w:p>
        </w:tc>
      </w:tr>
    </w:tbl>
    <w:p w14:paraId="11D7C1FE" w14:textId="4D927906" w:rsidR="004E7C71" w:rsidRDefault="004E7C71" w:rsidP="00C73523">
      <w:pPr>
        <w:rPr>
          <w:rFonts w:ascii="Calibri" w:hAnsi="Calibri" w:cs="Calibri"/>
        </w:rPr>
      </w:pPr>
    </w:p>
    <w:p w14:paraId="2199D491" w14:textId="77777777" w:rsidR="008B788B" w:rsidRDefault="008B788B" w:rsidP="00C73523">
      <w:pPr>
        <w:rPr>
          <w:rFonts w:ascii="Calibri" w:hAnsi="Calibri" w:cs="Calibri"/>
        </w:rPr>
      </w:pPr>
    </w:p>
    <w:p w14:paraId="5F4CAD19" w14:textId="77777777" w:rsidR="00DA32A4" w:rsidRPr="008B788B" w:rsidRDefault="00DA32A4" w:rsidP="00C73523">
      <w:pPr>
        <w:rPr>
          <w:rFonts w:ascii="Calibri" w:hAnsi="Calibri" w:cs="Calibri"/>
        </w:rPr>
      </w:pPr>
    </w:p>
    <w:sectPr w:rsidR="00DA32A4" w:rsidRPr="008B788B" w:rsidSect="000454A0">
      <w:pgSz w:w="16838" w:h="11906" w:orient="landscape"/>
      <w:pgMar w:top="850" w:right="850" w:bottom="850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C4253" w14:textId="77777777" w:rsidR="003909C6" w:rsidRDefault="003909C6">
      <w:pPr>
        <w:spacing w:after="0" w:line="240" w:lineRule="auto"/>
      </w:pPr>
      <w:r>
        <w:separator/>
      </w:r>
    </w:p>
  </w:endnote>
  <w:endnote w:type="continuationSeparator" w:id="0">
    <w:p w14:paraId="2C1D6790" w14:textId="77777777" w:rsidR="003909C6" w:rsidRDefault="00390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FB90B" w14:textId="77777777" w:rsidR="003909C6" w:rsidRDefault="003909C6">
      <w:pPr>
        <w:spacing w:after="0" w:line="240" w:lineRule="auto"/>
      </w:pPr>
      <w:r>
        <w:separator/>
      </w:r>
    </w:p>
  </w:footnote>
  <w:footnote w:type="continuationSeparator" w:id="0">
    <w:p w14:paraId="7E6DFCC0" w14:textId="77777777" w:rsidR="003909C6" w:rsidRDefault="00390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85236835">
    <w:abstractNumId w:val="8"/>
  </w:num>
  <w:num w:numId="2" w16cid:durableId="678116342">
    <w:abstractNumId w:val="6"/>
  </w:num>
  <w:num w:numId="3" w16cid:durableId="201483019">
    <w:abstractNumId w:val="5"/>
  </w:num>
  <w:num w:numId="4" w16cid:durableId="425468941">
    <w:abstractNumId w:val="4"/>
  </w:num>
  <w:num w:numId="5" w16cid:durableId="1569223095">
    <w:abstractNumId w:val="7"/>
  </w:num>
  <w:num w:numId="6" w16cid:durableId="483549494">
    <w:abstractNumId w:val="3"/>
  </w:num>
  <w:num w:numId="7" w16cid:durableId="1916433510">
    <w:abstractNumId w:val="2"/>
  </w:num>
  <w:num w:numId="8" w16cid:durableId="1786388524">
    <w:abstractNumId w:val="1"/>
  </w:num>
  <w:num w:numId="9" w16cid:durableId="1615988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54A0"/>
    <w:rsid w:val="0006063C"/>
    <w:rsid w:val="0015074B"/>
    <w:rsid w:val="0029639D"/>
    <w:rsid w:val="00326F90"/>
    <w:rsid w:val="003358F8"/>
    <w:rsid w:val="00377B87"/>
    <w:rsid w:val="003909C6"/>
    <w:rsid w:val="004E7C71"/>
    <w:rsid w:val="006F2205"/>
    <w:rsid w:val="007630A5"/>
    <w:rsid w:val="007A0CC5"/>
    <w:rsid w:val="00850E0D"/>
    <w:rsid w:val="008B788B"/>
    <w:rsid w:val="008D5869"/>
    <w:rsid w:val="00943ED2"/>
    <w:rsid w:val="00A82D5F"/>
    <w:rsid w:val="00AA1D8D"/>
    <w:rsid w:val="00B47730"/>
    <w:rsid w:val="00C00033"/>
    <w:rsid w:val="00C73523"/>
    <w:rsid w:val="00C80A75"/>
    <w:rsid w:val="00CB0664"/>
    <w:rsid w:val="00DA32A4"/>
    <w:rsid w:val="00DD7F1B"/>
    <w:rsid w:val="00EF7D79"/>
    <w:rsid w:val="00F225D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BBC49F"/>
  <w14:defaultImageDpi w14:val="300"/>
  <w15:docId w15:val="{6D94F3DA-C140-430B-AAD2-52AF73ED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DA32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00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15</cp:revision>
  <dcterms:created xsi:type="dcterms:W3CDTF">2025-12-24T01:28:00Z</dcterms:created>
  <dcterms:modified xsi:type="dcterms:W3CDTF">2025-12-24T01:46:00Z</dcterms:modified>
  <cp:category/>
</cp:coreProperties>
</file>