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FB90CA" w14:textId="3D65F1A3" w:rsidR="00E768F0" w:rsidRDefault="00E768F0" w:rsidP="00E768F0">
      <w:pPr>
        <w:spacing w:after="0"/>
        <w:jc w:val="center"/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6A07ED5A" wp14:editId="267E27CA">
            <wp:simplePos x="0" y="0"/>
            <wp:positionH relativeFrom="column">
              <wp:posOffset>95250</wp:posOffset>
            </wp:positionH>
            <wp:positionV relativeFrom="paragraph">
              <wp:posOffset>13970</wp:posOffset>
            </wp:positionV>
            <wp:extent cx="803910" cy="990600"/>
            <wp:effectExtent l="0" t="0" r="0" b="0"/>
            <wp:wrapSquare wrapText="bothSides"/>
            <wp:docPr id="1567459684" name="Picture 1" descr="A shield with a ship and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59684" name="Picture 1" descr="A shield with a ship and flag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3A230" w14:textId="4069FEEF" w:rsidR="00F0431F" w:rsidRDefault="00BD29B1" w:rsidP="00E768F0">
      <w:pPr>
        <w:spacing w:after="0"/>
        <w:jc w:val="center"/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sz w:val="40"/>
          <w:szCs w:val="40"/>
        </w:rPr>
        <w:t xml:space="preserve">8.00am </w:t>
      </w:r>
      <w:r w:rsidRPr="00314972">
        <w:rPr>
          <w:rFonts w:asciiTheme="majorHAnsi" w:hAnsiTheme="majorHAnsi" w:cstheme="majorHAnsi"/>
          <w:b/>
          <w:sz w:val="40"/>
          <w:szCs w:val="40"/>
        </w:rPr>
        <w:t>Morning Tea Roster</w:t>
      </w:r>
      <w:r>
        <w:rPr>
          <w:rFonts w:asciiTheme="majorHAnsi" w:hAnsiTheme="majorHAnsi" w:cstheme="majorHAnsi"/>
          <w:b/>
          <w:sz w:val="40"/>
          <w:szCs w:val="40"/>
        </w:rPr>
        <w:t xml:space="preserve"> </w:t>
      </w:r>
      <w:r w:rsidRPr="00314972">
        <w:rPr>
          <w:rFonts w:asciiTheme="majorHAnsi" w:hAnsiTheme="majorHAnsi" w:cstheme="majorHAnsi"/>
          <w:b/>
          <w:sz w:val="40"/>
          <w:szCs w:val="40"/>
        </w:rPr>
        <w:t>Jan to Mar 2026</w:t>
      </w:r>
    </w:p>
    <w:p w14:paraId="12DCA69B" w14:textId="77777777" w:rsidR="00BD29B1" w:rsidRDefault="00BD29B1" w:rsidP="00BD29B1">
      <w:pPr>
        <w:spacing w:after="0"/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5EECE043" w14:textId="77777777" w:rsidR="00BD29B1" w:rsidRDefault="00BD29B1" w:rsidP="00BD29B1">
      <w:pPr>
        <w:spacing w:after="0"/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66AE8FCC" w14:textId="77777777" w:rsidR="00BD29B1" w:rsidRPr="00BD29B1" w:rsidRDefault="00BD29B1" w:rsidP="00BD29B1">
      <w:pPr>
        <w:spacing w:after="0"/>
        <w:jc w:val="center"/>
        <w:rPr>
          <w:rFonts w:asciiTheme="majorHAnsi" w:hAnsiTheme="majorHAnsi" w:cstheme="majorHAnsi"/>
          <w:b/>
          <w:sz w:val="40"/>
          <w:szCs w:val="4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86"/>
        <w:gridCol w:w="3487"/>
        <w:gridCol w:w="3486"/>
      </w:tblGrid>
      <w:tr w:rsidR="00F0431F" w:rsidRPr="00314972" w14:paraId="417482E4" w14:textId="77777777">
        <w:trPr>
          <w:jc w:val="center"/>
        </w:trPr>
        <w:tc>
          <w:tcPr>
            <w:tcW w:w="3490" w:type="dxa"/>
          </w:tcPr>
          <w:p w14:paraId="71E204BE" w14:textId="77777777" w:rsidR="00F0431F" w:rsidRPr="00830394" w:rsidRDefault="00C26D48">
            <w:pPr>
              <w:jc w:val="center"/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r w:rsidRPr="00830394"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Date</w:t>
            </w:r>
          </w:p>
        </w:tc>
        <w:tc>
          <w:tcPr>
            <w:tcW w:w="3490" w:type="dxa"/>
          </w:tcPr>
          <w:p w14:paraId="06DCF027" w14:textId="77777777" w:rsidR="00F0431F" w:rsidRPr="00830394" w:rsidRDefault="00C26D48">
            <w:pPr>
              <w:jc w:val="center"/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r w:rsidRPr="00830394"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Volunteers</w:t>
            </w:r>
          </w:p>
        </w:tc>
        <w:tc>
          <w:tcPr>
            <w:tcW w:w="3490" w:type="dxa"/>
          </w:tcPr>
          <w:p w14:paraId="64F5B6D9" w14:textId="77777777" w:rsidR="00F0431F" w:rsidRPr="00830394" w:rsidRDefault="00C26D48">
            <w:pPr>
              <w:jc w:val="center"/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r w:rsidRPr="00830394"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Notes</w:t>
            </w:r>
          </w:p>
        </w:tc>
      </w:tr>
      <w:tr w:rsidR="00F0431F" w:rsidRPr="00314972" w14:paraId="203D1EC0" w14:textId="77777777">
        <w:trPr>
          <w:jc w:val="center"/>
        </w:trPr>
        <w:tc>
          <w:tcPr>
            <w:tcW w:w="3490" w:type="dxa"/>
          </w:tcPr>
          <w:p w14:paraId="2DCE396C" w14:textId="77777777" w:rsidR="00F0431F" w:rsidRPr="00314972" w:rsidRDefault="00C26D48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 w:rsidRPr="00314972">
              <w:rPr>
                <w:rFonts w:asciiTheme="majorHAnsi" w:hAnsiTheme="majorHAnsi" w:cstheme="majorHAnsi"/>
                <w:sz w:val="30"/>
                <w:szCs w:val="30"/>
              </w:rPr>
              <w:t>04 Jan 2026</w:t>
            </w:r>
          </w:p>
        </w:tc>
        <w:tc>
          <w:tcPr>
            <w:tcW w:w="3490" w:type="dxa"/>
          </w:tcPr>
          <w:p w14:paraId="5B7DC0D8" w14:textId="77777777" w:rsidR="00F0431F" w:rsidRPr="00314972" w:rsidRDefault="00C26D48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 w:rsidRPr="00314972">
              <w:rPr>
                <w:rFonts w:asciiTheme="majorHAnsi" w:hAnsiTheme="majorHAnsi" w:cstheme="majorHAnsi"/>
                <w:sz w:val="30"/>
                <w:szCs w:val="30"/>
              </w:rPr>
              <w:t>Kath Fisher</w:t>
            </w:r>
          </w:p>
        </w:tc>
        <w:tc>
          <w:tcPr>
            <w:tcW w:w="3490" w:type="dxa"/>
          </w:tcPr>
          <w:p w14:paraId="025C0BCB" w14:textId="77777777" w:rsidR="00F0431F" w:rsidRPr="00314972" w:rsidRDefault="00F0431F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</w:p>
        </w:tc>
      </w:tr>
      <w:tr w:rsidR="00F0431F" w:rsidRPr="00314972" w14:paraId="31D9CA67" w14:textId="77777777">
        <w:trPr>
          <w:jc w:val="center"/>
        </w:trPr>
        <w:tc>
          <w:tcPr>
            <w:tcW w:w="3490" w:type="dxa"/>
          </w:tcPr>
          <w:p w14:paraId="63D16179" w14:textId="77777777" w:rsidR="00F0431F" w:rsidRPr="00314972" w:rsidRDefault="00C26D48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 w:rsidRPr="00314972">
              <w:rPr>
                <w:rFonts w:asciiTheme="majorHAnsi" w:hAnsiTheme="majorHAnsi" w:cstheme="majorHAnsi"/>
                <w:sz w:val="30"/>
                <w:szCs w:val="30"/>
              </w:rPr>
              <w:t>11 Jan 2026</w:t>
            </w:r>
          </w:p>
        </w:tc>
        <w:tc>
          <w:tcPr>
            <w:tcW w:w="3490" w:type="dxa"/>
          </w:tcPr>
          <w:p w14:paraId="729558DD" w14:textId="77777777" w:rsidR="00F0431F" w:rsidRPr="00314972" w:rsidRDefault="00C26D48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 w:rsidRPr="00314972">
              <w:rPr>
                <w:rFonts w:asciiTheme="majorHAnsi" w:hAnsiTheme="majorHAnsi" w:cstheme="majorHAnsi"/>
                <w:sz w:val="30"/>
                <w:szCs w:val="30"/>
              </w:rPr>
              <w:t>Bob &amp; Vari Booth</w:t>
            </w:r>
          </w:p>
        </w:tc>
        <w:tc>
          <w:tcPr>
            <w:tcW w:w="3490" w:type="dxa"/>
          </w:tcPr>
          <w:p w14:paraId="667F046E" w14:textId="77777777" w:rsidR="00F0431F" w:rsidRPr="00314972" w:rsidRDefault="00F0431F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</w:p>
        </w:tc>
      </w:tr>
      <w:tr w:rsidR="00F0431F" w:rsidRPr="00314972" w14:paraId="007A4504" w14:textId="77777777">
        <w:trPr>
          <w:jc w:val="center"/>
        </w:trPr>
        <w:tc>
          <w:tcPr>
            <w:tcW w:w="3490" w:type="dxa"/>
          </w:tcPr>
          <w:p w14:paraId="0B368E1D" w14:textId="77777777" w:rsidR="00F0431F" w:rsidRPr="00314972" w:rsidRDefault="00C26D48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 w:rsidRPr="00314972">
              <w:rPr>
                <w:rFonts w:asciiTheme="majorHAnsi" w:hAnsiTheme="majorHAnsi" w:cstheme="majorHAnsi"/>
                <w:sz w:val="30"/>
                <w:szCs w:val="30"/>
              </w:rPr>
              <w:t>18 Jan 2026</w:t>
            </w:r>
          </w:p>
        </w:tc>
        <w:tc>
          <w:tcPr>
            <w:tcW w:w="3490" w:type="dxa"/>
          </w:tcPr>
          <w:p w14:paraId="46F6A6F5" w14:textId="77777777" w:rsidR="00F0431F" w:rsidRPr="00314972" w:rsidRDefault="00C26D48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 w:rsidRPr="00314972">
              <w:rPr>
                <w:rFonts w:asciiTheme="majorHAnsi" w:hAnsiTheme="majorHAnsi" w:cstheme="majorHAnsi"/>
                <w:sz w:val="30"/>
                <w:szCs w:val="30"/>
              </w:rPr>
              <w:t>Lance &amp; Anne Brennan</w:t>
            </w:r>
          </w:p>
        </w:tc>
        <w:tc>
          <w:tcPr>
            <w:tcW w:w="3490" w:type="dxa"/>
          </w:tcPr>
          <w:p w14:paraId="7F6FD639" w14:textId="77777777" w:rsidR="00F0431F" w:rsidRPr="00314972" w:rsidRDefault="00F0431F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</w:p>
        </w:tc>
      </w:tr>
      <w:tr w:rsidR="00F0431F" w:rsidRPr="00314972" w14:paraId="4D7AD105" w14:textId="77777777">
        <w:trPr>
          <w:jc w:val="center"/>
        </w:trPr>
        <w:tc>
          <w:tcPr>
            <w:tcW w:w="3490" w:type="dxa"/>
          </w:tcPr>
          <w:p w14:paraId="6DB66B1D" w14:textId="77777777" w:rsidR="00F0431F" w:rsidRPr="00314972" w:rsidRDefault="00C26D48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 w:rsidRPr="00314972">
              <w:rPr>
                <w:rFonts w:asciiTheme="majorHAnsi" w:hAnsiTheme="majorHAnsi" w:cstheme="majorHAnsi"/>
                <w:sz w:val="30"/>
                <w:szCs w:val="30"/>
              </w:rPr>
              <w:t>25 Jan 2026</w:t>
            </w:r>
          </w:p>
        </w:tc>
        <w:tc>
          <w:tcPr>
            <w:tcW w:w="3490" w:type="dxa"/>
          </w:tcPr>
          <w:p w14:paraId="0A382E60" w14:textId="77777777" w:rsidR="00F0431F" w:rsidRPr="00314972" w:rsidRDefault="00C26D48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 w:rsidRPr="00314972">
              <w:rPr>
                <w:rFonts w:asciiTheme="majorHAnsi" w:hAnsiTheme="majorHAnsi" w:cstheme="majorHAnsi"/>
                <w:sz w:val="30"/>
                <w:szCs w:val="30"/>
              </w:rPr>
              <w:t>Dan &amp; Cathryn Fardon</w:t>
            </w:r>
          </w:p>
        </w:tc>
        <w:tc>
          <w:tcPr>
            <w:tcW w:w="3490" w:type="dxa"/>
          </w:tcPr>
          <w:p w14:paraId="2857DB0A" w14:textId="77777777" w:rsidR="00F0431F" w:rsidRPr="00314972" w:rsidRDefault="00F0431F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</w:p>
        </w:tc>
      </w:tr>
      <w:tr w:rsidR="00F0431F" w:rsidRPr="00314972" w14:paraId="5E2D75FC" w14:textId="77777777">
        <w:trPr>
          <w:jc w:val="center"/>
        </w:trPr>
        <w:tc>
          <w:tcPr>
            <w:tcW w:w="3490" w:type="dxa"/>
          </w:tcPr>
          <w:p w14:paraId="7BB1841B" w14:textId="77777777" w:rsidR="00F0431F" w:rsidRPr="00314972" w:rsidRDefault="00C26D48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 w:rsidRPr="00314972">
              <w:rPr>
                <w:rFonts w:asciiTheme="majorHAnsi" w:hAnsiTheme="majorHAnsi" w:cstheme="majorHAnsi"/>
                <w:sz w:val="30"/>
                <w:szCs w:val="30"/>
              </w:rPr>
              <w:t>01 Feb 2026</w:t>
            </w:r>
          </w:p>
        </w:tc>
        <w:tc>
          <w:tcPr>
            <w:tcW w:w="3490" w:type="dxa"/>
          </w:tcPr>
          <w:p w14:paraId="6425F119" w14:textId="77777777" w:rsidR="00F0431F" w:rsidRPr="00314972" w:rsidRDefault="00C26D48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 w:rsidRPr="00314972">
              <w:rPr>
                <w:rFonts w:asciiTheme="majorHAnsi" w:hAnsiTheme="majorHAnsi" w:cstheme="majorHAnsi"/>
                <w:sz w:val="30"/>
                <w:szCs w:val="30"/>
              </w:rPr>
              <w:t>Kath Fisher</w:t>
            </w:r>
          </w:p>
        </w:tc>
        <w:tc>
          <w:tcPr>
            <w:tcW w:w="3490" w:type="dxa"/>
          </w:tcPr>
          <w:p w14:paraId="1E9F3E80" w14:textId="77777777" w:rsidR="00F0431F" w:rsidRPr="00314972" w:rsidRDefault="00F0431F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</w:p>
        </w:tc>
      </w:tr>
      <w:tr w:rsidR="00F0431F" w:rsidRPr="00314972" w14:paraId="0BF919CE" w14:textId="77777777">
        <w:trPr>
          <w:jc w:val="center"/>
        </w:trPr>
        <w:tc>
          <w:tcPr>
            <w:tcW w:w="3490" w:type="dxa"/>
          </w:tcPr>
          <w:p w14:paraId="11143B50" w14:textId="77777777" w:rsidR="00F0431F" w:rsidRPr="00314972" w:rsidRDefault="00C26D48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 w:rsidRPr="00314972">
              <w:rPr>
                <w:rFonts w:asciiTheme="majorHAnsi" w:hAnsiTheme="majorHAnsi" w:cstheme="majorHAnsi"/>
                <w:sz w:val="30"/>
                <w:szCs w:val="30"/>
              </w:rPr>
              <w:t>08 Feb 2026</w:t>
            </w:r>
          </w:p>
        </w:tc>
        <w:tc>
          <w:tcPr>
            <w:tcW w:w="3490" w:type="dxa"/>
          </w:tcPr>
          <w:p w14:paraId="50341BB7" w14:textId="77777777" w:rsidR="00F0431F" w:rsidRPr="00314972" w:rsidRDefault="00C26D48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 w:rsidRPr="00314972">
              <w:rPr>
                <w:rFonts w:asciiTheme="majorHAnsi" w:hAnsiTheme="majorHAnsi" w:cstheme="majorHAnsi"/>
                <w:sz w:val="30"/>
                <w:szCs w:val="30"/>
              </w:rPr>
              <w:t>Bob &amp; Vari Booth</w:t>
            </w:r>
          </w:p>
        </w:tc>
        <w:tc>
          <w:tcPr>
            <w:tcW w:w="3490" w:type="dxa"/>
          </w:tcPr>
          <w:p w14:paraId="7A182966" w14:textId="77777777" w:rsidR="00F0431F" w:rsidRPr="00314972" w:rsidRDefault="00F0431F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</w:p>
        </w:tc>
      </w:tr>
      <w:tr w:rsidR="00F0431F" w:rsidRPr="00314972" w14:paraId="36B854FE" w14:textId="77777777">
        <w:trPr>
          <w:jc w:val="center"/>
        </w:trPr>
        <w:tc>
          <w:tcPr>
            <w:tcW w:w="3490" w:type="dxa"/>
          </w:tcPr>
          <w:p w14:paraId="6E5FAF1A" w14:textId="77777777" w:rsidR="00F0431F" w:rsidRPr="00314972" w:rsidRDefault="00C26D48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 w:rsidRPr="00314972">
              <w:rPr>
                <w:rFonts w:asciiTheme="majorHAnsi" w:hAnsiTheme="majorHAnsi" w:cstheme="majorHAnsi"/>
                <w:sz w:val="30"/>
                <w:szCs w:val="30"/>
              </w:rPr>
              <w:t>15 Feb 2026</w:t>
            </w:r>
          </w:p>
        </w:tc>
        <w:tc>
          <w:tcPr>
            <w:tcW w:w="3490" w:type="dxa"/>
          </w:tcPr>
          <w:p w14:paraId="67CD6C48" w14:textId="77777777" w:rsidR="00F0431F" w:rsidRPr="00314972" w:rsidRDefault="00C26D48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 w:rsidRPr="00314972">
              <w:rPr>
                <w:rFonts w:asciiTheme="majorHAnsi" w:hAnsiTheme="majorHAnsi" w:cstheme="majorHAnsi"/>
                <w:sz w:val="30"/>
                <w:szCs w:val="30"/>
              </w:rPr>
              <w:t>Lance &amp; Anne Brennan</w:t>
            </w:r>
          </w:p>
        </w:tc>
        <w:tc>
          <w:tcPr>
            <w:tcW w:w="3490" w:type="dxa"/>
          </w:tcPr>
          <w:p w14:paraId="4EBFFF77" w14:textId="77777777" w:rsidR="00F0431F" w:rsidRPr="00314972" w:rsidRDefault="00F0431F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</w:p>
        </w:tc>
      </w:tr>
      <w:tr w:rsidR="00F0431F" w:rsidRPr="00314972" w14:paraId="73955CC8" w14:textId="77777777">
        <w:trPr>
          <w:jc w:val="center"/>
        </w:trPr>
        <w:tc>
          <w:tcPr>
            <w:tcW w:w="3490" w:type="dxa"/>
          </w:tcPr>
          <w:p w14:paraId="58A1692A" w14:textId="77777777" w:rsidR="00F0431F" w:rsidRPr="00314972" w:rsidRDefault="00C26D48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 w:rsidRPr="00314972">
              <w:rPr>
                <w:rFonts w:asciiTheme="majorHAnsi" w:hAnsiTheme="majorHAnsi" w:cstheme="majorHAnsi"/>
                <w:sz w:val="30"/>
                <w:szCs w:val="30"/>
              </w:rPr>
              <w:t>22 Feb 2026</w:t>
            </w:r>
          </w:p>
        </w:tc>
        <w:tc>
          <w:tcPr>
            <w:tcW w:w="3490" w:type="dxa"/>
          </w:tcPr>
          <w:p w14:paraId="434C68BE" w14:textId="77777777" w:rsidR="00F0431F" w:rsidRPr="00314972" w:rsidRDefault="00C26D48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 w:rsidRPr="00314972">
              <w:rPr>
                <w:rFonts w:asciiTheme="majorHAnsi" w:hAnsiTheme="majorHAnsi" w:cstheme="majorHAnsi"/>
                <w:sz w:val="30"/>
                <w:szCs w:val="30"/>
              </w:rPr>
              <w:t>Dan &amp; Cathryn Fardon</w:t>
            </w:r>
          </w:p>
        </w:tc>
        <w:tc>
          <w:tcPr>
            <w:tcW w:w="3490" w:type="dxa"/>
          </w:tcPr>
          <w:p w14:paraId="655B1DDC" w14:textId="77777777" w:rsidR="00F0431F" w:rsidRPr="00314972" w:rsidRDefault="00F0431F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</w:p>
        </w:tc>
      </w:tr>
      <w:tr w:rsidR="00F0431F" w:rsidRPr="00314972" w14:paraId="37E4FDC1" w14:textId="77777777">
        <w:trPr>
          <w:jc w:val="center"/>
        </w:trPr>
        <w:tc>
          <w:tcPr>
            <w:tcW w:w="3490" w:type="dxa"/>
          </w:tcPr>
          <w:p w14:paraId="44155905" w14:textId="77777777" w:rsidR="00F0431F" w:rsidRPr="00314972" w:rsidRDefault="00C26D48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 w:rsidRPr="00314972">
              <w:rPr>
                <w:rFonts w:asciiTheme="majorHAnsi" w:hAnsiTheme="majorHAnsi" w:cstheme="majorHAnsi"/>
                <w:sz w:val="30"/>
                <w:szCs w:val="30"/>
              </w:rPr>
              <w:t>01 Mar 2026</w:t>
            </w:r>
          </w:p>
        </w:tc>
        <w:tc>
          <w:tcPr>
            <w:tcW w:w="3490" w:type="dxa"/>
          </w:tcPr>
          <w:p w14:paraId="0204F21B" w14:textId="77777777" w:rsidR="00F0431F" w:rsidRPr="00314972" w:rsidRDefault="00C26D48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 w:rsidRPr="00314972">
              <w:rPr>
                <w:rFonts w:asciiTheme="majorHAnsi" w:hAnsiTheme="majorHAnsi" w:cstheme="majorHAnsi"/>
                <w:sz w:val="30"/>
                <w:szCs w:val="30"/>
              </w:rPr>
              <w:t>Kath Fisher</w:t>
            </w:r>
          </w:p>
        </w:tc>
        <w:tc>
          <w:tcPr>
            <w:tcW w:w="3490" w:type="dxa"/>
          </w:tcPr>
          <w:p w14:paraId="12C8AEC2" w14:textId="77777777" w:rsidR="00F0431F" w:rsidRPr="00314972" w:rsidRDefault="00F0431F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</w:p>
        </w:tc>
      </w:tr>
      <w:tr w:rsidR="00F0431F" w:rsidRPr="00314972" w14:paraId="4FBD8C01" w14:textId="77777777">
        <w:trPr>
          <w:jc w:val="center"/>
        </w:trPr>
        <w:tc>
          <w:tcPr>
            <w:tcW w:w="3490" w:type="dxa"/>
          </w:tcPr>
          <w:p w14:paraId="66E7A536" w14:textId="77777777" w:rsidR="00F0431F" w:rsidRPr="00314972" w:rsidRDefault="00C26D48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 w:rsidRPr="00314972">
              <w:rPr>
                <w:rFonts w:asciiTheme="majorHAnsi" w:hAnsiTheme="majorHAnsi" w:cstheme="majorHAnsi"/>
                <w:sz w:val="30"/>
                <w:szCs w:val="30"/>
              </w:rPr>
              <w:t>08 Mar 2026</w:t>
            </w:r>
          </w:p>
        </w:tc>
        <w:tc>
          <w:tcPr>
            <w:tcW w:w="3490" w:type="dxa"/>
          </w:tcPr>
          <w:p w14:paraId="5FB9E920" w14:textId="77777777" w:rsidR="00F0431F" w:rsidRPr="00314972" w:rsidRDefault="00C26D48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 w:rsidRPr="00314972">
              <w:rPr>
                <w:rFonts w:asciiTheme="majorHAnsi" w:hAnsiTheme="majorHAnsi" w:cstheme="majorHAnsi"/>
                <w:sz w:val="30"/>
                <w:szCs w:val="30"/>
              </w:rPr>
              <w:t>Bob &amp; Vari Booth</w:t>
            </w:r>
          </w:p>
        </w:tc>
        <w:tc>
          <w:tcPr>
            <w:tcW w:w="3490" w:type="dxa"/>
          </w:tcPr>
          <w:p w14:paraId="7A3148AA" w14:textId="77777777" w:rsidR="00F0431F" w:rsidRPr="00314972" w:rsidRDefault="00F0431F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</w:p>
        </w:tc>
      </w:tr>
      <w:tr w:rsidR="00F0431F" w:rsidRPr="00314972" w14:paraId="4091A3D3" w14:textId="77777777">
        <w:trPr>
          <w:jc w:val="center"/>
        </w:trPr>
        <w:tc>
          <w:tcPr>
            <w:tcW w:w="3490" w:type="dxa"/>
          </w:tcPr>
          <w:p w14:paraId="35B0F215" w14:textId="77777777" w:rsidR="00F0431F" w:rsidRPr="00314972" w:rsidRDefault="00C26D48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 w:rsidRPr="00314972">
              <w:rPr>
                <w:rFonts w:asciiTheme="majorHAnsi" w:hAnsiTheme="majorHAnsi" w:cstheme="majorHAnsi"/>
                <w:sz w:val="30"/>
                <w:szCs w:val="30"/>
              </w:rPr>
              <w:t>15 Mar 2026</w:t>
            </w:r>
          </w:p>
        </w:tc>
        <w:tc>
          <w:tcPr>
            <w:tcW w:w="3490" w:type="dxa"/>
          </w:tcPr>
          <w:p w14:paraId="6043E2CC" w14:textId="77777777" w:rsidR="00F0431F" w:rsidRPr="00314972" w:rsidRDefault="00C26D48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 w:rsidRPr="00314972">
              <w:rPr>
                <w:rFonts w:asciiTheme="majorHAnsi" w:hAnsiTheme="majorHAnsi" w:cstheme="majorHAnsi"/>
                <w:sz w:val="30"/>
                <w:szCs w:val="30"/>
              </w:rPr>
              <w:t>Lance &amp; Anne Brennan</w:t>
            </w:r>
          </w:p>
        </w:tc>
        <w:tc>
          <w:tcPr>
            <w:tcW w:w="3490" w:type="dxa"/>
          </w:tcPr>
          <w:p w14:paraId="27609DC7" w14:textId="77777777" w:rsidR="00F0431F" w:rsidRPr="00314972" w:rsidRDefault="00F0431F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</w:p>
        </w:tc>
      </w:tr>
      <w:tr w:rsidR="00F0431F" w:rsidRPr="00314972" w14:paraId="61478737" w14:textId="77777777">
        <w:trPr>
          <w:jc w:val="center"/>
        </w:trPr>
        <w:tc>
          <w:tcPr>
            <w:tcW w:w="3490" w:type="dxa"/>
          </w:tcPr>
          <w:p w14:paraId="2E46A8E6" w14:textId="77777777" w:rsidR="00F0431F" w:rsidRPr="00314972" w:rsidRDefault="00C26D48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 w:rsidRPr="00314972">
              <w:rPr>
                <w:rFonts w:asciiTheme="majorHAnsi" w:hAnsiTheme="majorHAnsi" w:cstheme="majorHAnsi"/>
                <w:sz w:val="30"/>
                <w:szCs w:val="30"/>
              </w:rPr>
              <w:t>22 Mar 2026</w:t>
            </w:r>
          </w:p>
        </w:tc>
        <w:tc>
          <w:tcPr>
            <w:tcW w:w="3490" w:type="dxa"/>
          </w:tcPr>
          <w:p w14:paraId="67CA51D3" w14:textId="77777777" w:rsidR="00F0431F" w:rsidRPr="00314972" w:rsidRDefault="00C26D48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 w:rsidRPr="00314972">
              <w:rPr>
                <w:rFonts w:asciiTheme="majorHAnsi" w:hAnsiTheme="majorHAnsi" w:cstheme="majorHAnsi"/>
                <w:sz w:val="30"/>
                <w:szCs w:val="30"/>
              </w:rPr>
              <w:t>Dan &amp; Cathryn Fardon</w:t>
            </w:r>
          </w:p>
        </w:tc>
        <w:tc>
          <w:tcPr>
            <w:tcW w:w="3490" w:type="dxa"/>
          </w:tcPr>
          <w:p w14:paraId="57B1F66D" w14:textId="77777777" w:rsidR="00F0431F" w:rsidRPr="00314972" w:rsidRDefault="00F0431F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</w:p>
        </w:tc>
      </w:tr>
      <w:tr w:rsidR="00F0431F" w:rsidRPr="00314972" w14:paraId="15810383" w14:textId="77777777">
        <w:trPr>
          <w:jc w:val="center"/>
        </w:trPr>
        <w:tc>
          <w:tcPr>
            <w:tcW w:w="3490" w:type="dxa"/>
          </w:tcPr>
          <w:p w14:paraId="101B3E19" w14:textId="77777777" w:rsidR="00F0431F" w:rsidRPr="00314972" w:rsidRDefault="00C26D48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 w:rsidRPr="00314972">
              <w:rPr>
                <w:rFonts w:asciiTheme="majorHAnsi" w:hAnsiTheme="majorHAnsi" w:cstheme="majorHAnsi"/>
                <w:sz w:val="30"/>
                <w:szCs w:val="30"/>
              </w:rPr>
              <w:t>29 Mar 2026</w:t>
            </w:r>
          </w:p>
        </w:tc>
        <w:tc>
          <w:tcPr>
            <w:tcW w:w="3490" w:type="dxa"/>
          </w:tcPr>
          <w:p w14:paraId="0029F4E4" w14:textId="77777777" w:rsidR="00F0431F" w:rsidRPr="00314972" w:rsidRDefault="00F0431F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</w:p>
        </w:tc>
        <w:tc>
          <w:tcPr>
            <w:tcW w:w="3490" w:type="dxa"/>
          </w:tcPr>
          <w:p w14:paraId="64A47DF5" w14:textId="1C6EB61D" w:rsidR="00F0431F" w:rsidRPr="00314972" w:rsidRDefault="00C26D48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 w:rsidRPr="00314972">
              <w:rPr>
                <w:rFonts w:asciiTheme="majorHAnsi" w:hAnsiTheme="majorHAnsi" w:cstheme="majorHAnsi"/>
                <w:sz w:val="30"/>
                <w:szCs w:val="30"/>
              </w:rPr>
              <w:t>Palm Sunday</w:t>
            </w:r>
          </w:p>
        </w:tc>
      </w:tr>
    </w:tbl>
    <w:p w14:paraId="117082D9" w14:textId="77777777" w:rsidR="00F0431F" w:rsidRPr="00314972" w:rsidRDefault="00F0431F">
      <w:pPr>
        <w:rPr>
          <w:rFonts w:asciiTheme="majorHAnsi" w:hAnsiTheme="majorHAnsi" w:cstheme="majorHAnsi"/>
          <w:sz w:val="30"/>
          <w:szCs w:val="30"/>
        </w:rPr>
      </w:pPr>
    </w:p>
    <w:p w14:paraId="6BB80144" w14:textId="77777777" w:rsidR="00C26D48" w:rsidRPr="00314972" w:rsidRDefault="00C26D48">
      <w:pPr>
        <w:rPr>
          <w:rFonts w:asciiTheme="majorHAnsi" w:hAnsiTheme="majorHAnsi" w:cstheme="majorHAnsi"/>
          <w:sz w:val="30"/>
          <w:szCs w:val="30"/>
        </w:rPr>
      </w:pPr>
    </w:p>
    <w:sectPr w:rsidR="00C26D48" w:rsidRPr="00314972" w:rsidSect="00034616">
      <w:pgSz w:w="11909" w:h="16834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28965330">
    <w:abstractNumId w:val="8"/>
  </w:num>
  <w:num w:numId="2" w16cid:durableId="380323706">
    <w:abstractNumId w:val="6"/>
  </w:num>
  <w:num w:numId="3" w16cid:durableId="1921985705">
    <w:abstractNumId w:val="5"/>
  </w:num>
  <w:num w:numId="4" w16cid:durableId="594243129">
    <w:abstractNumId w:val="4"/>
  </w:num>
  <w:num w:numId="5" w16cid:durableId="2090079126">
    <w:abstractNumId w:val="7"/>
  </w:num>
  <w:num w:numId="6" w16cid:durableId="232786212">
    <w:abstractNumId w:val="3"/>
  </w:num>
  <w:num w:numId="7" w16cid:durableId="984973158">
    <w:abstractNumId w:val="2"/>
  </w:num>
  <w:num w:numId="8" w16cid:durableId="1231426195">
    <w:abstractNumId w:val="1"/>
  </w:num>
  <w:num w:numId="9" w16cid:durableId="1171873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E0F61"/>
    <w:rsid w:val="0015074B"/>
    <w:rsid w:val="0029639D"/>
    <w:rsid w:val="002A361F"/>
    <w:rsid w:val="00314972"/>
    <w:rsid w:val="00326F90"/>
    <w:rsid w:val="00431772"/>
    <w:rsid w:val="005608A2"/>
    <w:rsid w:val="00721731"/>
    <w:rsid w:val="00773DA9"/>
    <w:rsid w:val="00815A90"/>
    <w:rsid w:val="00830394"/>
    <w:rsid w:val="00906BB4"/>
    <w:rsid w:val="00AA1D8D"/>
    <w:rsid w:val="00B47730"/>
    <w:rsid w:val="00B76B66"/>
    <w:rsid w:val="00B854E3"/>
    <w:rsid w:val="00BD29B1"/>
    <w:rsid w:val="00BE22C9"/>
    <w:rsid w:val="00C26D48"/>
    <w:rsid w:val="00CB0664"/>
    <w:rsid w:val="00E768F0"/>
    <w:rsid w:val="00E93F73"/>
    <w:rsid w:val="00EF48D5"/>
    <w:rsid w:val="00F0431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D75E96"/>
  <w14:defaultImageDpi w14:val="300"/>
  <w15:docId w15:val="{E6BD1E20-F8F0-4C21-8C4D-2745CB5A5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St Jude's Anglican Church</cp:lastModifiedBy>
  <cp:revision>14</cp:revision>
  <cp:lastPrinted>2025-12-17T03:01:00Z</cp:lastPrinted>
  <dcterms:created xsi:type="dcterms:W3CDTF">2025-12-09T03:22:00Z</dcterms:created>
  <dcterms:modified xsi:type="dcterms:W3CDTF">2025-12-17T03:02:00Z</dcterms:modified>
  <cp:category/>
</cp:coreProperties>
</file>