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EB7A93" w14:textId="0870F1A9" w:rsidR="00B10A90" w:rsidRPr="003E0087" w:rsidRDefault="003E0087">
      <w:pPr>
        <w:jc w:val="center"/>
        <w:rPr>
          <w:rFonts w:asciiTheme="majorHAnsi" w:hAnsiTheme="majorHAnsi" w:cstheme="majorHAnsi"/>
          <w:b/>
          <w:sz w:val="40"/>
          <w:szCs w:val="40"/>
        </w:rPr>
      </w:pPr>
      <w:r w:rsidRPr="003E0087">
        <w:rPr>
          <w:rFonts w:asciiTheme="majorHAnsi" w:hAnsiTheme="majorHAnsi" w:cstheme="majorHAnsi"/>
          <w:b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687465A0" wp14:editId="6FA8F019">
            <wp:simplePos x="0" y="0"/>
            <wp:positionH relativeFrom="column">
              <wp:posOffset>209550</wp:posOffset>
            </wp:positionH>
            <wp:positionV relativeFrom="paragraph">
              <wp:posOffset>7620</wp:posOffset>
            </wp:positionV>
            <wp:extent cx="803910" cy="990600"/>
            <wp:effectExtent l="0" t="0" r="0" b="0"/>
            <wp:wrapSquare wrapText="bothSides"/>
            <wp:docPr id="1567459684" name="Picture 1" descr="A shield with a ship and fl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459684" name="Picture 1" descr="A shield with a ship and flag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0087">
        <w:rPr>
          <w:rFonts w:asciiTheme="majorHAnsi" w:hAnsiTheme="majorHAnsi" w:cstheme="majorHAnsi"/>
          <w:b/>
          <w:sz w:val="40"/>
          <w:szCs w:val="40"/>
        </w:rPr>
        <w:t>Community Meal Roster January - March 2026</w:t>
      </w:r>
      <w:r w:rsidRPr="003E0087">
        <w:rPr>
          <w:rFonts w:asciiTheme="majorHAnsi" w:hAnsiTheme="majorHAnsi" w:cstheme="majorHAnsi"/>
          <w:b/>
          <w:sz w:val="40"/>
          <w:szCs w:val="40"/>
        </w:rPr>
        <w:br/>
        <w:t>Friday 11.30am-1.30pm</w:t>
      </w:r>
    </w:p>
    <w:p w14:paraId="6A2C732E" w14:textId="77777777" w:rsidR="000F7977" w:rsidRDefault="000F7977">
      <w:pPr>
        <w:jc w:val="center"/>
        <w:rPr>
          <w:rFonts w:asciiTheme="majorHAnsi" w:hAnsiTheme="majorHAnsi" w:cstheme="majorHAnsi"/>
          <w:b/>
          <w:sz w:val="26"/>
          <w:szCs w:val="26"/>
        </w:rPr>
      </w:pPr>
    </w:p>
    <w:p w14:paraId="5B5A97DE" w14:textId="77777777" w:rsidR="000F7977" w:rsidRPr="002B6642" w:rsidRDefault="000F7977">
      <w:pPr>
        <w:jc w:val="center"/>
        <w:rPr>
          <w:rFonts w:asciiTheme="majorHAnsi" w:hAnsiTheme="majorHAnsi" w:cstheme="majorHAnsi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8931"/>
      </w:tblGrid>
      <w:tr w:rsidR="00B10A90" w:rsidRPr="002B6642" w14:paraId="6021D206" w14:textId="77777777" w:rsidTr="000251B9">
        <w:tc>
          <w:tcPr>
            <w:tcW w:w="1696" w:type="dxa"/>
          </w:tcPr>
          <w:p w14:paraId="51CA3916" w14:textId="77777777" w:rsidR="00B10A90" w:rsidRPr="002B6642" w:rsidRDefault="00D50567">
            <w:pPr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  <w:r w:rsidRPr="002B6642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Date</w:t>
            </w:r>
          </w:p>
        </w:tc>
        <w:tc>
          <w:tcPr>
            <w:tcW w:w="8931" w:type="dxa"/>
          </w:tcPr>
          <w:p w14:paraId="55FCD91B" w14:textId="77777777" w:rsidR="00B10A90" w:rsidRPr="002B6642" w:rsidRDefault="00D50567">
            <w:pPr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  <w:r w:rsidRPr="002B6642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Volunteers</w:t>
            </w:r>
          </w:p>
        </w:tc>
      </w:tr>
      <w:tr w:rsidR="00B10A90" w:rsidRPr="002B6642" w14:paraId="347B501B" w14:textId="77777777" w:rsidTr="000251B9">
        <w:tc>
          <w:tcPr>
            <w:tcW w:w="1696" w:type="dxa"/>
          </w:tcPr>
          <w:p w14:paraId="0C831BA1" w14:textId="3C0DAB1E" w:rsidR="00B10A90" w:rsidRPr="002B6642" w:rsidRDefault="00D50567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2B6642">
              <w:rPr>
                <w:rFonts w:asciiTheme="majorHAnsi" w:hAnsiTheme="majorHAnsi" w:cstheme="majorHAnsi"/>
                <w:sz w:val="26"/>
                <w:szCs w:val="26"/>
              </w:rPr>
              <w:t>02 Jan 2026</w:t>
            </w:r>
          </w:p>
        </w:tc>
        <w:tc>
          <w:tcPr>
            <w:tcW w:w="8931" w:type="dxa"/>
          </w:tcPr>
          <w:p w14:paraId="1CC7B519" w14:textId="6598D8A2" w:rsidR="00B10A90" w:rsidRPr="002B6642" w:rsidRDefault="00D50567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2B6642">
              <w:rPr>
                <w:rFonts w:asciiTheme="majorHAnsi" w:hAnsiTheme="majorHAnsi" w:cstheme="majorHAnsi"/>
                <w:sz w:val="26"/>
                <w:szCs w:val="26"/>
              </w:rPr>
              <w:t>Michelle Blewitt, Pam Parkin, Amanda Size, Chantel Peacock, Ellie, Jackie Glover</w:t>
            </w:r>
          </w:p>
        </w:tc>
      </w:tr>
      <w:tr w:rsidR="00B10A90" w:rsidRPr="002B6642" w14:paraId="384D52CC" w14:textId="77777777" w:rsidTr="000251B9">
        <w:tc>
          <w:tcPr>
            <w:tcW w:w="1696" w:type="dxa"/>
          </w:tcPr>
          <w:p w14:paraId="79BCF558" w14:textId="736A6D78" w:rsidR="00B10A90" w:rsidRPr="002B6642" w:rsidRDefault="00D50567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2B6642">
              <w:rPr>
                <w:rFonts w:asciiTheme="majorHAnsi" w:hAnsiTheme="majorHAnsi" w:cstheme="majorHAnsi"/>
                <w:sz w:val="26"/>
                <w:szCs w:val="26"/>
              </w:rPr>
              <w:t>09 Jan 2026</w:t>
            </w:r>
          </w:p>
        </w:tc>
        <w:tc>
          <w:tcPr>
            <w:tcW w:w="8931" w:type="dxa"/>
          </w:tcPr>
          <w:p w14:paraId="611D337E" w14:textId="1BDC1A58" w:rsidR="00B10A90" w:rsidRPr="002B6642" w:rsidRDefault="00F03DE3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sz w:val="26"/>
                <w:szCs w:val="26"/>
              </w:rPr>
              <w:t xml:space="preserve">Kids + Paul </w:t>
            </w:r>
          </w:p>
        </w:tc>
      </w:tr>
      <w:tr w:rsidR="00B10A90" w:rsidRPr="002B6642" w14:paraId="5784DC77" w14:textId="77777777" w:rsidTr="000251B9">
        <w:tc>
          <w:tcPr>
            <w:tcW w:w="1696" w:type="dxa"/>
          </w:tcPr>
          <w:p w14:paraId="096E36C7" w14:textId="54F6910C" w:rsidR="00B10A90" w:rsidRPr="002B6642" w:rsidRDefault="00D50567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2B6642">
              <w:rPr>
                <w:rFonts w:asciiTheme="majorHAnsi" w:hAnsiTheme="majorHAnsi" w:cstheme="majorHAnsi"/>
                <w:sz w:val="26"/>
                <w:szCs w:val="26"/>
              </w:rPr>
              <w:t>16 Jan 2026</w:t>
            </w:r>
          </w:p>
        </w:tc>
        <w:tc>
          <w:tcPr>
            <w:tcW w:w="8931" w:type="dxa"/>
          </w:tcPr>
          <w:p w14:paraId="64381B86" w14:textId="77777777" w:rsidR="00B10A90" w:rsidRPr="002B6642" w:rsidRDefault="00D50567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2B6642">
              <w:rPr>
                <w:rFonts w:asciiTheme="majorHAnsi" w:hAnsiTheme="majorHAnsi" w:cstheme="majorHAnsi"/>
                <w:sz w:val="26"/>
                <w:szCs w:val="26"/>
              </w:rPr>
              <w:t>Pam Parkin, Heather Felgate, Jenny Stewart, John Candy, Judy Vowles</w:t>
            </w:r>
          </w:p>
        </w:tc>
      </w:tr>
      <w:tr w:rsidR="00B10A90" w:rsidRPr="002B6642" w14:paraId="02913AF2" w14:textId="77777777" w:rsidTr="000251B9">
        <w:tc>
          <w:tcPr>
            <w:tcW w:w="1696" w:type="dxa"/>
          </w:tcPr>
          <w:p w14:paraId="1F0A9394" w14:textId="12276E53" w:rsidR="00B10A90" w:rsidRPr="002B6642" w:rsidRDefault="00D50567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2B6642">
              <w:rPr>
                <w:rFonts w:asciiTheme="majorHAnsi" w:hAnsiTheme="majorHAnsi" w:cstheme="majorHAnsi"/>
                <w:sz w:val="26"/>
                <w:szCs w:val="26"/>
              </w:rPr>
              <w:t>23 Jan 2026</w:t>
            </w:r>
          </w:p>
        </w:tc>
        <w:tc>
          <w:tcPr>
            <w:tcW w:w="8931" w:type="dxa"/>
          </w:tcPr>
          <w:p w14:paraId="73CC6024" w14:textId="77777777" w:rsidR="00B10A90" w:rsidRPr="002B6642" w:rsidRDefault="00D50567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2B6642">
              <w:rPr>
                <w:rFonts w:asciiTheme="majorHAnsi" w:hAnsiTheme="majorHAnsi" w:cstheme="majorHAnsi"/>
                <w:sz w:val="26"/>
                <w:szCs w:val="26"/>
              </w:rPr>
              <w:t>Kath Fisher, Margaret Hooper, Pam Binks, Robyn Everitt, Tineke Thurlow</w:t>
            </w:r>
          </w:p>
        </w:tc>
      </w:tr>
      <w:tr w:rsidR="00B10A90" w:rsidRPr="002B6642" w14:paraId="029F1AEC" w14:textId="77777777" w:rsidTr="000251B9">
        <w:tc>
          <w:tcPr>
            <w:tcW w:w="1696" w:type="dxa"/>
          </w:tcPr>
          <w:p w14:paraId="188EFEC1" w14:textId="0DC02E63" w:rsidR="00B10A90" w:rsidRPr="002B6642" w:rsidRDefault="00D50567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2B6642">
              <w:rPr>
                <w:rFonts w:asciiTheme="majorHAnsi" w:hAnsiTheme="majorHAnsi" w:cstheme="majorHAnsi"/>
                <w:sz w:val="26"/>
                <w:szCs w:val="26"/>
              </w:rPr>
              <w:t>30 Jan 2026</w:t>
            </w:r>
          </w:p>
        </w:tc>
        <w:tc>
          <w:tcPr>
            <w:tcW w:w="8931" w:type="dxa"/>
          </w:tcPr>
          <w:p w14:paraId="40CFE55E" w14:textId="77777777" w:rsidR="00B10A90" w:rsidRPr="002B6642" w:rsidRDefault="00D50567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2B6642">
              <w:rPr>
                <w:rFonts w:asciiTheme="majorHAnsi" w:hAnsiTheme="majorHAnsi" w:cstheme="majorHAnsi"/>
                <w:sz w:val="26"/>
                <w:szCs w:val="26"/>
              </w:rPr>
              <w:t>Pam Parkin, Jeremy Zieseniss, Louise Zieseniss, John Neeves, Rosey Neeves</w:t>
            </w:r>
          </w:p>
        </w:tc>
      </w:tr>
      <w:tr w:rsidR="00B10A90" w:rsidRPr="002B6642" w14:paraId="36703F1F" w14:textId="77777777" w:rsidTr="000251B9">
        <w:tc>
          <w:tcPr>
            <w:tcW w:w="1696" w:type="dxa"/>
          </w:tcPr>
          <w:p w14:paraId="2CD8860F" w14:textId="20C04357" w:rsidR="00B10A90" w:rsidRPr="002B6642" w:rsidRDefault="00D50567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2B6642">
              <w:rPr>
                <w:rFonts w:asciiTheme="majorHAnsi" w:hAnsiTheme="majorHAnsi" w:cstheme="majorHAnsi"/>
                <w:sz w:val="26"/>
                <w:szCs w:val="26"/>
              </w:rPr>
              <w:t>06 Feb 2026</w:t>
            </w:r>
          </w:p>
        </w:tc>
        <w:tc>
          <w:tcPr>
            <w:tcW w:w="8931" w:type="dxa"/>
          </w:tcPr>
          <w:p w14:paraId="099BBB61" w14:textId="77777777" w:rsidR="00B10A90" w:rsidRPr="002B6642" w:rsidRDefault="00D50567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2B6642">
              <w:rPr>
                <w:rFonts w:asciiTheme="majorHAnsi" w:hAnsiTheme="majorHAnsi" w:cstheme="majorHAnsi"/>
                <w:sz w:val="26"/>
                <w:szCs w:val="26"/>
              </w:rPr>
              <w:t>Michelle Blewitt, Vari Booth, Peter Merkel, Helen Merkel, Amanda Size</w:t>
            </w:r>
          </w:p>
        </w:tc>
      </w:tr>
      <w:tr w:rsidR="00B10A90" w:rsidRPr="002B6642" w14:paraId="7A8F32B0" w14:textId="77777777" w:rsidTr="000251B9">
        <w:tc>
          <w:tcPr>
            <w:tcW w:w="1696" w:type="dxa"/>
          </w:tcPr>
          <w:p w14:paraId="0B325BA9" w14:textId="0AE41D00" w:rsidR="00B10A90" w:rsidRPr="002B6642" w:rsidRDefault="00D50567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2B6642">
              <w:rPr>
                <w:rFonts w:asciiTheme="majorHAnsi" w:hAnsiTheme="majorHAnsi" w:cstheme="majorHAnsi"/>
                <w:sz w:val="26"/>
                <w:szCs w:val="26"/>
              </w:rPr>
              <w:t>13 Feb 2026</w:t>
            </w:r>
          </w:p>
        </w:tc>
        <w:tc>
          <w:tcPr>
            <w:tcW w:w="8931" w:type="dxa"/>
          </w:tcPr>
          <w:p w14:paraId="25F31C3E" w14:textId="77777777" w:rsidR="00B10A90" w:rsidRPr="002B6642" w:rsidRDefault="00D50567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2B6642">
              <w:rPr>
                <w:rFonts w:asciiTheme="majorHAnsi" w:hAnsiTheme="majorHAnsi" w:cstheme="majorHAnsi"/>
                <w:sz w:val="26"/>
                <w:szCs w:val="26"/>
              </w:rPr>
              <w:t>Pam Parkin, Tim Butler, Julia Butler, Lange Powell, Inara Powell</w:t>
            </w:r>
          </w:p>
        </w:tc>
      </w:tr>
      <w:tr w:rsidR="00B10A90" w:rsidRPr="002B6642" w14:paraId="306324DD" w14:textId="77777777" w:rsidTr="000251B9">
        <w:tc>
          <w:tcPr>
            <w:tcW w:w="1696" w:type="dxa"/>
          </w:tcPr>
          <w:p w14:paraId="629884AB" w14:textId="6C394BE9" w:rsidR="00B10A90" w:rsidRPr="002B6642" w:rsidRDefault="00D50567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2B6642">
              <w:rPr>
                <w:rFonts w:asciiTheme="majorHAnsi" w:hAnsiTheme="majorHAnsi" w:cstheme="majorHAnsi"/>
                <w:sz w:val="26"/>
                <w:szCs w:val="26"/>
              </w:rPr>
              <w:t>20 Feb 2026</w:t>
            </w:r>
          </w:p>
        </w:tc>
        <w:tc>
          <w:tcPr>
            <w:tcW w:w="8931" w:type="dxa"/>
          </w:tcPr>
          <w:p w14:paraId="10268258" w14:textId="77777777" w:rsidR="00B10A90" w:rsidRPr="002B6642" w:rsidRDefault="00D50567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2B6642">
              <w:rPr>
                <w:rFonts w:asciiTheme="majorHAnsi" w:hAnsiTheme="majorHAnsi" w:cstheme="majorHAnsi"/>
                <w:sz w:val="26"/>
                <w:szCs w:val="26"/>
              </w:rPr>
              <w:t>Chantel Peacock, Ellie Gharib, Heather Felgate, Jackie Glover, Jenny Stewart</w:t>
            </w:r>
          </w:p>
        </w:tc>
      </w:tr>
      <w:tr w:rsidR="00B10A90" w:rsidRPr="002B6642" w14:paraId="1A96E2E7" w14:textId="77777777" w:rsidTr="000251B9">
        <w:tc>
          <w:tcPr>
            <w:tcW w:w="1696" w:type="dxa"/>
          </w:tcPr>
          <w:p w14:paraId="668A0348" w14:textId="6D220B59" w:rsidR="00B10A90" w:rsidRPr="002B6642" w:rsidRDefault="00D50567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2B6642">
              <w:rPr>
                <w:rFonts w:asciiTheme="majorHAnsi" w:hAnsiTheme="majorHAnsi" w:cstheme="majorHAnsi"/>
                <w:sz w:val="26"/>
                <w:szCs w:val="26"/>
              </w:rPr>
              <w:t>27 Feb 2026</w:t>
            </w:r>
          </w:p>
        </w:tc>
        <w:tc>
          <w:tcPr>
            <w:tcW w:w="8931" w:type="dxa"/>
          </w:tcPr>
          <w:p w14:paraId="57ACC88E" w14:textId="77777777" w:rsidR="00B10A90" w:rsidRPr="002B6642" w:rsidRDefault="00D50567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2B6642">
              <w:rPr>
                <w:rFonts w:asciiTheme="majorHAnsi" w:hAnsiTheme="majorHAnsi" w:cstheme="majorHAnsi"/>
                <w:sz w:val="26"/>
                <w:szCs w:val="26"/>
              </w:rPr>
              <w:t>Pam Parkin, John Candy, Judy Vowles, Kath Fisher, Margaret Hooper</w:t>
            </w:r>
          </w:p>
        </w:tc>
      </w:tr>
      <w:tr w:rsidR="00B10A90" w:rsidRPr="002B6642" w14:paraId="2AADD7AC" w14:textId="77777777" w:rsidTr="000251B9">
        <w:tc>
          <w:tcPr>
            <w:tcW w:w="1696" w:type="dxa"/>
          </w:tcPr>
          <w:p w14:paraId="298B804D" w14:textId="4E1A5024" w:rsidR="00B10A90" w:rsidRPr="002B6642" w:rsidRDefault="00D50567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2B6642">
              <w:rPr>
                <w:rFonts w:asciiTheme="majorHAnsi" w:hAnsiTheme="majorHAnsi" w:cstheme="majorHAnsi"/>
                <w:sz w:val="26"/>
                <w:szCs w:val="26"/>
              </w:rPr>
              <w:t>06 Mar 2026</w:t>
            </w:r>
          </w:p>
        </w:tc>
        <w:tc>
          <w:tcPr>
            <w:tcW w:w="8931" w:type="dxa"/>
          </w:tcPr>
          <w:p w14:paraId="67C5CF47" w14:textId="77777777" w:rsidR="00B10A90" w:rsidRPr="002B6642" w:rsidRDefault="00D50567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2B6642">
              <w:rPr>
                <w:rFonts w:asciiTheme="majorHAnsi" w:hAnsiTheme="majorHAnsi" w:cstheme="majorHAnsi"/>
                <w:sz w:val="26"/>
                <w:szCs w:val="26"/>
              </w:rPr>
              <w:t>Michelle Blewitt, Pam Binks, Robyn Everitt, Vari Booth, Amanda Size</w:t>
            </w:r>
          </w:p>
        </w:tc>
      </w:tr>
      <w:tr w:rsidR="00B10A90" w:rsidRPr="002B6642" w14:paraId="41657868" w14:textId="77777777" w:rsidTr="000251B9">
        <w:tc>
          <w:tcPr>
            <w:tcW w:w="1696" w:type="dxa"/>
          </w:tcPr>
          <w:p w14:paraId="6A37A524" w14:textId="628143D3" w:rsidR="00B10A90" w:rsidRPr="002B6642" w:rsidRDefault="00D50567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2B6642">
              <w:rPr>
                <w:rFonts w:asciiTheme="majorHAnsi" w:hAnsiTheme="majorHAnsi" w:cstheme="majorHAnsi"/>
                <w:sz w:val="26"/>
                <w:szCs w:val="26"/>
              </w:rPr>
              <w:t>13 Mar 2026</w:t>
            </w:r>
          </w:p>
        </w:tc>
        <w:tc>
          <w:tcPr>
            <w:tcW w:w="8931" w:type="dxa"/>
          </w:tcPr>
          <w:p w14:paraId="73C7571A" w14:textId="77777777" w:rsidR="00B10A90" w:rsidRPr="002B6642" w:rsidRDefault="00D50567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2B6642">
              <w:rPr>
                <w:rFonts w:asciiTheme="majorHAnsi" w:hAnsiTheme="majorHAnsi" w:cstheme="majorHAnsi"/>
                <w:sz w:val="26"/>
                <w:szCs w:val="26"/>
              </w:rPr>
              <w:t>Pam Parkin, Tineke Thurlow, Chantel Peacock, Ellie Gharib, Heather Felgate</w:t>
            </w:r>
          </w:p>
        </w:tc>
      </w:tr>
      <w:tr w:rsidR="00B10A90" w:rsidRPr="002B6642" w14:paraId="3DF8626E" w14:textId="77777777" w:rsidTr="000251B9">
        <w:tc>
          <w:tcPr>
            <w:tcW w:w="1696" w:type="dxa"/>
          </w:tcPr>
          <w:p w14:paraId="6CC90046" w14:textId="1413F230" w:rsidR="00B10A90" w:rsidRPr="002B6642" w:rsidRDefault="00D50567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2B6642">
              <w:rPr>
                <w:rFonts w:asciiTheme="majorHAnsi" w:hAnsiTheme="majorHAnsi" w:cstheme="majorHAnsi"/>
                <w:sz w:val="26"/>
                <w:szCs w:val="26"/>
              </w:rPr>
              <w:t>20 Mar 2026</w:t>
            </w:r>
          </w:p>
        </w:tc>
        <w:tc>
          <w:tcPr>
            <w:tcW w:w="8931" w:type="dxa"/>
          </w:tcPr>
          <w:p w14:paraId="761C7D1B" w14:textId="77777777" w:rsidR="00B10A90" w:rsidRPr="002B6642" w:rsidRDefault="00D50567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2B6642">
              <w:rPr>
                <w:rFonts w:asciiTheme="majorHAnsi" w:hAnsiTheme="majorHAnsi" w:cstheme="majorHAnsi"/>
                <w:sz w:val="26"/>
                <w:szCs w:val="26"/>
              </w:rPr>
              <w:t>Jackie Glover, Jenny Stewart, John Candy, Judy Vowles, Kath Fisher</w:t>
            </w:r>
          </w:p>
        </w:tc>
      </w:tr>
      <w:tr w:rsidR="00B10A90" w:rsidRPr="002B6642" w14:paraId="79439469" w14:textId="77777777" w:rsidTr="000251B9">
        <w:tc>
          <w:tcPr>
            <w:tcW w:w="1696" w:type="dxa"/>
          </w:tcPr>
          <w:p w14:paraId="7CE4E5E8" w14:textId="5C3ECA91" w:rsidR="00B10A90" w:rsidRPr="002B6642" w:rsidRDefault="00D50567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2B6642">
              <w:rPr>
                <w:rFonts w:asciiTheme="majorHAnsi" w:hAnsiTheme="majorHAnsi" w:cstheme="majorHAnsi"/>
                <w:sz w:val="26"/>
                <w:szCs w:val="26"/>
              </w:rPr>
              <w:t>27 Mar 2026</w:t>
            </w:r>
          </w:p>
        </w:tc>
        <w:tc>
          <w:tcPr>
            <w:tcW w:w="8931" w:type="dxa"/>
          </w:tcPr>
          <w:p w14:paraId="7454EE36" w14:textId="77777777" w:rsidR="00B10A90" w:rsidRPr="002B6642" w:rsidRDefault="00D50567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2B6642">
              <w:rPr>
                <w:rFonts w:asciiTheme="majorHAnsi" w:hAnsiTheme="majorHAnsi" w:cstheme="majorHAnsi"/>
                <w:sz w:val="26"/>
                <w:szCs w:val="26"/>
              </w:rPr>
              <w:t>Pam Parkin, Margaret Hooper, Pam Binks, Robyn Everitt, Tineke Thurlow</w:t>
            </w:r>
          </w:p>
        </w:tc>
      </w:tr>
    </w:tbl>
    <w:p w14:paraId="418616C9" w14:textId="119F167E" w:rsidR="00B10A90" w:rsidRDefault="00D50567" w:rsidP="0054790F">
      <w:pPr>
        <w:rPr>
          <w:rFonts w:asciiTheme="majorHAnsi" w:hAnsiTheme="majorHAnsi" w:cstheme="majorHAnsi"/>
          <w:sz w:val="26"/>
          <w:szCs w:val="26"/>
        </w:rPr>
      </w:pPr>
      <w:r w:rsidRPr="002B6642">
        <w:rPr>
          <w:rFonts w:asciiTheme="majorHAnsi" w:hAnsiTheme="majorHAnsi" w:cstheme="majorHAnsi"/>
          <w:sz w:val="26"/>
          <w:szCs w:val="26"/>
        </w:rPr>
        <w:br/>
      </w:r>
    </w:p>
    <w:p w14:paraId="611630D8" w14:textId="77777777" w:rsidR="00E42355" w:rsidRPr="002B6642" w:rsidRDefault="00E42355" w:rsidP="0054790F">
      <w:pPr>
        <w:rPr>
          <w:rFonts w:asciiTheme="majorHAnsi" w:hAnsiTheme="majorHAnsi" w:cstheme="majorHAnsi"/>
          <w:sz w:val="26"/>
          <w:szCs w:val="26"/>
        </w:rPr>
      </w:pPr>
    </w:p>
    <w:sectPr w:rsidR="00E42355" w:rsidRPr="002B6642" w:rsidSect="000F797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16583413">
    <w:abstractNumId w:val="8"/>
  </w:num>
  <w:num w:numId="2" w16cid:durableId="924537004">
    <w:abstractNumId w:val="6"/>
  </w:num>
  <w:num w:numId="3" w16cid:durableId="990865518">
    <w:abstractNumId w:val="5"/>
  </w:num>
  <w:num w:numId="4" w16cid:durableId="1277253826">
    <w:abstractNumId w:val="4"/>
  </w:num>
  <w:num w:numId="5" w16cid:durableId="643780823">
    <w:abstractNumId w:val="7"/>
  </w:num>
  <w:num w:numId="6" w16cid:durableId="1150943727">
    <w:abstractNumId w:val="3"/>
  </w:num>
  <w:num w:numId="7" w16cid:durableId="1841579800">
    <w:abstractNumId w:val="2"/>
  </w:num>
  <w:num w:numId="8" w16cid:durableId="203759142">
    <w:abstractNumId w:val="1"/>
  </w:num>
  <w:num w:numId="9" w16cid:durableId="6347175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51B9"/>
    <w:rsid w:val="00034616"/>
    <w:rsid w:val="0006063C"/>
    <w:rsid w:val="000F7977"/>
    <w:rsid w:val="0015074B"/>
    <w:rsid w:val="0029639D"/>
    <w:rsid w:val="002B6642"/>
    <w:rsid w:val="002F1A09"/>
    <w:rsid w:val="00326F90"/>
    <w:rsid w:val="00343955"/>
    <w:rsid w:val="003E0087"/>
    <w:rsid w:val="0054790F"/>
    <w:rsid w:val="005A4705"/>
    <w:rsid w:val="006A51C4"/>
    <w:rsid w:val="00AA1D8D"/>
    <w:rsid w:val="00B10A90"/>
    <w:rsid w:val="00B47730"/>
    <w:rsid w:val="00B752A6"/>
    <w:rsid w:val="00CB0664"/>
    <w:rsid w:val="00E42355"/>
    <w:rsid w:val="00F03DE3"/>
    <w:rsid w:val="00FB2E9A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EC2A77"/>
  <w14:defaultImageDpi w14:val="300"/>
  <w15:docId w15:val="{9562312F-A89D-420F-8279-9A0B4541A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E423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1120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St Jude's Anglican Church</cp:lastModifiedBy>
  <cp:revision>11</cp:revision>
  <dcterms:created xsi:type="dcterms:W3CDTF">2025-12-19T01:51:00Z</dcterms:created>
  <dcterms:modified xsi:type="dcterms:W3CDTF">2025-12-24T01:01:00Z</dcterms:modified>
  <cp:category/>
</cp:coreProperties>
</file>